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570"/>
        <w:gridCol w:w="8864"/>
      </w:tblGrid>
      <w:tr w:rsidR="00C0287A" w:rsidTr="00090181">
        <w:trPr>
          <w:trHeight w:val="572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C0287A" w:rsidRDefault="00C0287A" w:rsidP="00090181">
            <w:pPr>
              <w:pStyle w:val="aff1"/>
              <w:spacing w:line="240" w:lineRule="auto"/>
              <w:jc w:val="left"/>
              <w:rPr>
                <w:rFonts w:eastAsia="맑은 고딕"/>
                <w:b/>
                <w:color w:val="1F3864"/>
                <w:sz w:val="40"/>
              </w:rPr>
            </w:pPr>
            <w:r>
              <w:rPr>
                <w:noProof/>
              </w:rPr>
              <w:drawing>
                <wp:inline distT="0" distB="0" distL="0" distR="0" wp14:anchorId="601162AA" wp14:editId="1602F564">
                  <wp:extent cx="354273" cy="333375"/>
                  <wp:effectExtent l="0" t="0" r="8255" b="0"/>
                  <wp:docPr id="3" name="그림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[꾸미기]센터 로고.jpg"/>
                          <pic:cNvPicPr/>
                        </pic:nvPicPr>
                        <pic:blipFill rotWithShape="1">
                          <a:blip r:embed="rId8"/>
                          <a:srcRect r="66854" b="6880"/>
                          <a:stretch/>
                        </pic:blipFill>
                        <pic:spPr bwMode="auto">
                          <a:xfrm>
                            <a:off x="0" y="0"/>
                            <a:ext cx="357485" cy="3363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C0287A" w:rsidRDefault="00C0287A" w:rsidP="00090181">
            <w:pPr>
              <w:pStyle w:val="aff1"/>
              <w:spacing w:line="240" w:lineRule="auto"/>
              <w:jc w:val="left"/>
              <w:rPr>
                <w:rFonts w:eastAsia="맑은 고딕"/>
                <w:b/>
                <w:color w:val="1F3864"/>
                <w:sz w:val="40"/>
              </w:rPr>
            </w:pPr>
            <w:r w:rsidRPr="00090181">
              <w:rPr>
                <w:rFonts w:eastAsia="맑은 고딕" w:hint="eastAsia"/>
                <w:b/>
                <w:color w:val="1F3864"/>
                <w:sz w:val="28"/>
              </w:rPr>
              <w:t>서울대학교</w:t>
            </w:r>
            <w:r w:rsidRPr="00090181">
              <w:rPr>
                <w:rFonts w:eastAsia="맑은 고딕" w:hint="eastAsia"/>
                <w:b/>
                <w:color w:val="1F3864"/>
                <w:sz w:val="28"/>
              </w:rPr>
              <w:t xml:space="preserve"> </w:t>
            </w:r>
            <w:r w:rsidRPr="00090181">
              <w:rPr>
                <w:rFonts w:eastAsia="맑은 고딕" w:hint="eastAsia"/>
                <w:b/>
                <w:color w:val="1F3864"/>
                <w:sz w:val="28"/>
              </w:rPr>
              <w:t>사회혁신교육연구센터</w:t>
            </w:r>
          </w:p>
        </w:tc>
      </w:tr>
    </w:tbl>
    <w:p w:rsidR="00C0287A" w:rsidRPr="00A95839" w:rsidRDefault="00C0287A" w:rsidP="00C0287A">
      <w:pPr>
        <w:widowControl w:val="0"/>
        <w:autoSpaceDE w:val="0"/>
        <w:autoSpaceDN w:val="0"/>
        <w:spacing w:after="0" w:line="240" w:lineRule="auto"/>
        <w:jc w:val="center"/>
        <w:textAlignment w:val="baseline"/>
        <w:rPr>
          <w:rFonts w:ascii="맑은 고딕" w:eastAsia="맑은 고딕" w:hAnsi="맑은 고딕" w:cs="맑은 고딕"/>
          <w:b/>
          <w:bCs/>
          <w:color w:val="000000"/>
          <w:sz w:val="10"/>
          <w:szCs w:val="40"/>
          <w:lang w:eastAsia="ko-KR"/>
        </w:rPr>
      </w:pPr>
    </w:p>
    <w:p w:rsidR="00547C08" w:rsidRPr="00090181" w:rsidRDefault="00C0287A" w:rsidP="00A95839">
      <w:pPr>
        <w:pStyle w:val="aff1"/>
        <w:spacing w:line="240" w:lineRule="auto"/>
        <w:jc w:val="center"/>
        <w:rPr>
          <w:rFonts w:ascii="맑은 고딕" w:eastAsia="맑은 고딕" w:hAnsi="맑은 고딕"/>
          <w:sz w:val="22"/>
        </w:rPr>
      </w:pPr>
      <w:r w:rsidRPr="00090181">
        <w:rPr>
          <w:rFonts w:ascii="맑은 고딕" w:eastAsia="맑은 고딕" w:hAnsi="맑은 고딕" w:hint="eastAsia"/>
          <w:b/>
          <w:bCs/>
          <w:sz w:val="32"/>
          <w:szCs w:val="24"/>
        </w:rPr>
        <w:t xml:space="preserve">사회문제 해결 프로젝트의 혁신과 </w:t>
      </w:r>
      <w:r w:rsidRPr="00090181">
        <w:rPr>
          <w:rFonts w:ascii="맑은 고딕" w:eastAsia="맑은 고딕" w:hAnsi="맑은 고딕" w:hint="eastAsia"/>
          <w:b/>
          <w:bCs/>
          <w:kern w:val="2"/>
          <w:sz w:val="32"/>
          <w:szCs w:val="24"/>
        </w:rPr>
        <w:t>해외 현장체험 사업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10768"/>
      </w:tblGrid>
      <w:tr w:rsidR="00547C08" w:rsidRPr="00CE60F3" w:rsidTr="009E593F">
        <w:trPr>
          <w:trHeight w:val="801"/>
        </w:trPr>
        <w:tc>
          <w:tcPr>
            <w:tcW w:w="10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3303F7" w:rsidRPr="009E593F" w:rsidRDefault="003303F7" w:rsidP="00A95839">
            <w:pPr>
              <w:jc w:val="center"/>
              <w:rPr>
                <w:rFonts w:ascii="맑은 고딕" w:eastAsia="맑은 고딕" w:hAnsi="맑은 고딕"/>
                <w:b/>
                <w:color w:val="FFFFFF" w:themeColor="background1"/>
                <w:sz w:val="40"/>
                <w:lang w:eastAsia="ko-KR"/>
              </w:rPr>
            </w:pPr>
            <w:r w:rsidRPr="009E593F">
              <w:rPr>
                <w:rFonts w:ascii="맑은 고딕" w:eastAsia="맑은 고딕" w:hAnsi="맑은 고딕"/>
                <w:b/>
                <w:color w:val="FFFFFF" w:themeColor="background1"/>
                <w:sz w:val="40"/>
                <w:lang w:eastAsia="ko-KR"/>
              </w:rPr>
              <w:t>‘</w:t>
            </w:r>
            <w:r w:rsidRPr="009E593F">
              <w:rPr>
                <w:rFonts w:ascii="맑은 고딕" w:eastAsia="맑은 고딕" w:hAnsi="맑은 고딕" w:hint="eastAsia"/>
                <w:b/>
                <w:color w:val="FFFFFF" w:themeColor="background1"/>
                <w:sz w:val="40"/>
                <w:lang w:eastAsia="ko-KR"/>
              </w:rPr>
              <w:t>A</w:t>
            </w:r>
            <w:r w:rsidRPr="009E593F">
              <w:rPr>
                <w:rFonts w:ascii="맑은 고딕" w:eastAsia="맑은 고딕" w:hAnsi="맑은 고딕"/>
                <w:b/>
                <w:color w:val="FFFFFF" w:themeColor="background1"/>
                <w:sz w:val="40"/>
                <w:lang w:eastAsia="ko-KR"/>
              </w:rPr>
              <w:t>I</w:t>
            </w:r>
            <w:r w:rsidR="00A95839">
              <w:rPr>
                <w:rFonts w:ascii="맑은 고딕" w:eastAsia="맑은 고딕" w:hAnsi="맑은 고딕" w:hint="eastAsia"/>
                <w:b/>
                <w:color w:val="FFFFFF" w:themeColor="background1"/>
                <w:sz w:val="40"/>
                <w:lang w:eastAsia="ko-KR"/>
              </w:rPr>
              <w:t xml:space="preserve">를 활용한 </w:t>
            </w:r>
            <w:r w:rsidRPr="009E593F">
              <w:rPr>
                <w:rFonts w:ascii="맑은 고딕" w:eastAsia="맑은 고딕" w:hAnsi="맑은 고딕" w:cs="맑은 고딕" w:hint="eastAsia"/>
                <w:b/>
                <w:color w:val="FFFFFF" w:themeColor="background1"/>
                <w:sz w:val="40"/>
                <w:lang w:eastAsia="ko-KR"/>
              </w:rPr>
              <w:t>사회문제</w:t>
            </w:r>
            <w:r w:rsidRPr="009E593F">
              <w:rPr>
                <w:rFonts w:ascii="맑은 고딕" w:eastAsia="맑은 고딕" w:hAnsi="맑은 고딕" w:hint="eastAsia"/>
                <w:b/>
                <w:color w:val="FFFFFF" w:themeColor="background1"/>
                <w:sz w:val="40"/>
                <w:lang w:eastAsia="ko-KR"/>
              </w:rPr>
              <w:t xml:space="preserve"> </w:t>
            </w:r>
            <w:r w:rsidRPr="009E593F">
              <w:rPr>
                <w:rFonts w:ascii="맑은 고딕" w:eastAsia="맑은 고딕" w:hAnsi="맑은 고딕" w:cs="맑은 고딕" w:hint="eastAsia"/>
                <w:b/>
                <w:color w:val="FFFFFF" w:themeColor="background1"/>
                <w:sz w:val="40"/>
                <w:lang w:eastAsia="ko-KR"/>
              </w:rPr>
              <w:t>해결</w:t>
            </w:r>
            <w:r w:rsidRPr="009E593F">
              <w:rPr>
                <w:rFonts w:ascii="맑은 고딕" w:eastAsia="맑은 고딕" w:hAnsi="맑은 고딕"/>
                <w:b/>
                <w:color w:val="FFFFFF" w:themeColor="background1"/>
                <w:sz w:val="40"/>
                <w:lang w:eastAsia="ko-KR"/>
              </w:rPr>
              <w:t>’</w:t>
            </w:r>
          </w:p>
          <w:p w:rsidR="00547C08" w:rsidRPr="00CE60F3" w:rsidRDefault="00C0287A" w:rsidP="00A95839">
            <w:pPr>
              <w:jc w:val="center"/>
              <w:rPr>
                <w:color w:val="1F3864"/>
                <w:sz w:val="48"/>
                <w:lang w:eastAsia="ko-KR"/>
              </w:rPr>
            </w:pPr>
            <w:r w:rsidRPr="009E593F">
              <w:rPr>
                <w:rFonts w:ascii="맑은 고딕" w:eastAsia="맑은 고딕" w:hAnsi="맑은 고딕" w:cs="맑은 고딕" w:hint="eastAsia"/>
                <w:b/>
                <w:color w:val="FFFFFF" w:themeColor="background1"/>
                <w:sz w:val="40"/>
                <w:lang w:eastAsia="ko-KR"/>
              </w:rPr>
              <w:t>일본</w:t>
            </w:r>
            <w:r w:rsidRPr="009E593F">
              <w:rPr>
                <w:rFonts w:ascii="맑은 고딕" w:eastAsia="맑은 고딕" w:hAnsi="맑은 고딕"/>
                <w:b/>
                <w:color w:val="FFFFFF" w:themeColor="background1"/>
                <w:sz w:val="40"/>
                <w:lang w:eastAsia="ko-KR"/>
              </w:rPr>
              <w:t xml:space="preserve"> </w:t>
            </w:r>
            <w:r w:rsidRPr="009E593F">
              <w:rPr>
                <w:rFonts w:ascii="맑은 고딕" w:eastAsia="맑은 고딕" w:hAnsi="맑은 고딕" w:cs="맑은 고딕" w:hint="eastAsia"/>
                <w:b/>
                <w:color w:val="FFFFFF" w:themeColor="background1"/>
                <w:sz w:val="40"/>
                <w:lang w:eastAsia="ko-KR"/>
              </w:rPr>
              <w:t>방문</w:t>
            </w:r>
            <w:r w:rsidRPr="009E593F">
              <w:rPr>
                <w:rFonts w:ascii="맑은 고딕" w:eastAsia="맑은 고딕" w:hAnsi="맑은 고딕" w:hint="eastAsia"/>
                <w:b/>
                <w:color w:val="FFFFFF" w:themeColor="background1"/>
                <w:sz w:val="40"/>
                <w:lang w:eastAsia="ko-KR"/>
              </w:rPr>
              <w:t xml:space="preserve"> </w:t>
            </w:r>
            <w:r w:rsidRPr="009E593F">
              <w:rPr>
                <w:rFonts w:ascii="맑은 고딕" w:eastAsia="맑은 고딕" w:hAnsi="맑은 고딕" w:cs="맑은 고딕" w:hint="eastAsia"/>
                <w:b/>
                <w:color w:val="FFFFFF" w:themeColor="background1"/>
                <w:sz w:val="40"/>
                <w:lang w:eastAsia="ko-KR"/>
              </w:rPr>
              <w:t>프로그램</w:t>
            </w:r>
            <w:r w:rsidRPr="009E593F">
              <w:rPr>
                <w:rFonts w:ascii="맑은 고딕" w:eastAsia="맑은 고딕" w:hAnsi="맑은 고딕" w:hint="eastAsia"/>
                <w:b/>
                <w:color w:val="FFFFFF" w:themeColor="background1"/>
                <w:sz w:val="40"/>
                <w:lang w:eastAsia="ko-KR"/>
              </w:rPr>
              <w:t xml:space="preserve"> </w:t>
            </w:r>
            <w:r w:rsidRPr="009E593F">
              <w:rPr>
                <w:rFonts w:ascii="맑은 고딕" w:eastAsia="맑은 고딕" w:hAnsi="맑은 고딕" w:cs="맑은 고딕" w:hint="eastAsia"/>
                <w:b/>
                <w:color w:val="FFFFFF" w:themeColor="background1"/>
                <w:sz w:val="40"/>
                <w:lang w:eastAsia="ko-KR"/>
              </w:rPr>
              <w:t>참여</w:t>
            </w:r>
            <w:r w:rsidRPr="009E593F">
              <w:rPr>
                <w:rFonts w:ascii="맑은 고딕" w:eastAsia="맑은 고딕" w:hAnsi="맑은 고딕" w:hint="eastAsia"/>
                <w:b/>
                <w:color w:val="FFFFFF" w:themeColor="background1"/>
                <w:sz w:val="40"/>
                <w:lang w:eastAsia="ko-KR"/>
              </w:rPr>
              <w:t xml:space="preserve"> </w:t>
            </w:r>
            <w:r w:rsidRPr="009E593F">
              <w:rPr>
                <w:rFonts w:ascii="맑은 고딕" w:eastAsia="맑은 고딕" w:hAnsi="맑은 고딕" w:cs="맑은 고딕" w:hint="eastAsia"/>
                <w:b/>
                <w:color w:val="FFFFFF" w:themeColor="background1"/>
                <w:sz w:val="40"/>
                <w:lang w:eastAsia="ko-KR"/>
              </w:rPr>
              <w:t>학생</w:t>
            </w:r>
            <w:r w:rsidRPr="009E593F">
              <w:rPr>
                <w:rFonts w:ascii="맑은 고딕" w:eastAsia="맑은 고딕" w:hAnsi="맑은 고딕" w:hint="eastAsia"/>
                <w:b/>
                <w:color w:val="FFFFFF" w:themeColor="background1"/>
                <w:sz w:val="40"/>
                <w:lang w:eastAsia="ko-KR"/>
              </w:rPr>
              <w:t xml:space="preserve"> </w:t>
            </w:r>
            <w:r w:rsidRPr="009E593F">
              <w:rPr>
                <w:rFonts w:ascii="맑은 고딕" w:eastAsia="맑은 고딕" w:hAnsi="맑은 고딕" w:cs="맑은 고딕" w:hint="eastAsia"/>
                <w:b/>
                <w:color w:val="FFFFFF" w:themeColor="background1"/>
                <w:sz w:val="40"/>
                <w:lang w:eastAsia="ko-KR"/>
              </w:rPr>
              <w:t>모집</w:t>
            </w:r>
          </w:p>
        </w:tc>
      </w:tr>
    </w:tbl>
    <w:p w:rsidR="00CE60F3" w:rsidRDefault="00CE60F3" w:rsidP="00090181">
      <w:pPr>
        <w:spacing w:after="0" w:line="240" w:lineRule="auto"/>
        <w:rPr>
          <w:rFonts w:ascii="맑은 고딕" w:eastAsia="맑은 고딕" w:hAnsi="맑은 고딕"/>
          <w:b/>
          <w:sz w:val="10"/>
          <w:lang w:eastAsia="ko-KR"/>
        </w:rPr>
      </w:pPr>
    </w:p>
    <w:p w:rsidR="00090181" w:rsidRPr="00A95839" w:rsidRDefault="00090181" w:rsidP="00090181">
      <w:pPr>
        <w:spacing w:after="0" w:line="240" w:lineRule="auto"/>
        <w:rPr>
          <w:rFonts w:ascii="맑은 고딕" w:eastAsia="맑은 고딕" w:hAnsi="맑은 고딕"/>
          <w:sz w:val="10"/>
          <w:lang w:eastAsia="ko-KR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8079"/>
      </w:tblGrid>
      <w:tr w:rsidR="00CE60F3" w:rsidRPr="00CE60F3" w:rsidTr="00C17325">
        <w:trPr>
          <w:trHeight w:val="35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:rsidR="00CE60F3" w:rsidRPr="00C0287A" w:rsidRDefault="009A386F" w:rsidP="00CE60F3">
            <w:pPr>
              <w:jc w:val="center"/>
              <w:rPr>
                <w:rFonts w:ascii="맑은 고딕" w:eastAsia="맑은 고딕" w:hAnsi="맑은 고딕"/>
                <w:b/>
                <w:color w:val="FFFFFF" w:themeColor="background1"/>
                <w:sz w:val="24"/>
                <w:lang w:eastAsia="ko-KR"/>
              </w:rPr>
            </w:pPr>
            <w:r>
              <w:rPr>
                <w:rFonts w:ascii="맑은 고딕" w:eastAsia="맑은 고딕" w:hAnsi="맑은 고딕" w:hint="eastAsia"/>
                <w:b/>
                <w:color w:val="FFFFFF" w:themeColor="background1"/>
                <w:sz w:val="24"/>
                <w:lang w:eastAsia="ko-KR"/>
              </w:rPr>
              <w:t xml:space="preserve">사업 </w:t>
            </w:r>
            <w:r w:rsidR="00C0287A" w:rsidRPr="00C0287A">
              <w:rPr>
                <w:rFonts w:ascii="맑은 고딕" w:eastAsia="맑은 고딕" w:hAnsi="맑은 고딕" w:hint="eastAsia"/>
                <w:b/>
                <w:color w:val="FFFFFF" w:themeColor="background1"/>
                <w:sz w:val="24"/>
                <w:lang w:eastAsia="ko-KR"/>
              </w:rPr>
              <w:t>개요</w:t>
            </w:r>
            <w:r w:rsidR="003303F7">
              <w:rPr>
                <w:rFonts w:ascii="맑은 고딕" w:eastAsia="맑은 고딕" w:hAnsi="맑은 고딕" w:hint="eastAsia"/>
                <w:b/>
                <w:color w:val="FFFFFF" w:themeColor="background1"/>
                <w:sz w:val="24"/>
                <w:lang w:eastAsia="ko-KR"/>
              </w:rPr>
              <w:t xml:space="preserve"> 및 모집 안내</w:t>
            </w:r>
          </w:p>
        </w:tc>
        <w:tc>
          <w:tcPr>
            <w:tcW w:w="8079" w:type="dxa"/>
            <w:tcBorders>
              <w:left w:val="single" w:sz="4" w:space="0" w:color="auto"/>
            </w:tcBorders>
            <w:tcMar>
              <w:left w:w="0" w:type="dxa"/>
              <w:right w:w="0" w:type="dxa"/>
            </w:tcMar>
          </w:tcPr>
          <w:p w:rsidR="00CE60F3" w:rsidRPr="00CE60F3" w:rsidRDefault="003303F7" w:rsidP="00CE60F3">
            <w:pPr>
              <w:rPr>
                <w:rFonts w:ascii="맑은 고딕" w:eastAsia="맑은 고딕" w:hAnsi="맑은 고딕"/>
                <w:lang w:eastAsia="ko-KR"/>
              </w:rPr>
            </w:pPr>
            <w:r>
              <w:rPr>
                <w:rFonts w:ascii="맑은 고딕" w:eastAsia="맑은 고딕" w:hAnsi="맑은 고딕" w:hint="eastAsia"/>
                <w:lang w:eastAsia="ko-KR"/>
              </w:rPr>
              <w:t xml:space="preserve"> </w:t>
            </w:r>
          </w:p>
        </w:tc>
      </w:tr>
    </w:tbl>
    <w:p w:rsidR="009A386F" w:rsidRPr="002C4D94" w:rsidRDefault="00C0287A" w:rsidP="002C4D94">
      <w:pPr>
        <w:pStyle w:val="aa"/>
        <w:numPr>
          <w:ilvl w:val="0"/>
          <w:numId w:val="18"/>
        </w:numPr>
        <w:spacing w:after="0" w:line="240" w:lineRule="auto"/>
        <w:ind w:left="426"/>
        <w:jc w:val="both"/>
        <w:rPr>
          <w:rFonts w:ascii="맑은 고딕" w:eastAsia="맑은 고딕" w:hAnsi="맑은 고딕"/>
          <w:lang w:eastAsia="ko-KR"/>
        </w:rPr>
      </w:pPr>
      <w:r w:rsidRPr="002C4D94">
        <w:rPr>
          <w:rFonts w:ascii="맑은 고딕" w:eastAsia="맑은 고딕" w:hAnsi="맑은 고딕" w:cs="맑은 고딕" w:hint="eastAsia"/>
          <w:lang w:eastAsia="ko-KR"/>
        </w:rPr>
        <w:t>목적</w:t>
      </w:r>
      <w:r w:rsidRPr="002C4D94">
        <w:rPr>
          <w:rFonts w:ascii="맑은 고딕" w:eastAsia="맑은 고딕" w:hAnsi="맑은 고딕" w:hint="eastAsia"/>
          <w:lang w:eastAsia="ko-KR"/>
        </w:rPr>
        <w:t>:</w:t>
      </w:r>
      <w:r w:rsidRPr="002C4D94">
        <w:rPr>
          <w:rFonts w:ascii="맑은 고딕" w:eastAsia="맑은 고딕" w:hAnsi="맑은 고딕"/>
          <w:lang w:eastAsia="ko-KR"/>
        </w:rPr>
        <w:t xml:space="preserve"> </w:t>
      </w:r>
      <w:r w:rsidRPr="002C4D94">
        <w:rPr>
          <w:rFonts w:ascii="맑은 고딕" w:eastAsia="맑은 고딕" w:hAnsi="맑은 고딕" w:cs="맑은 고딕" w:hint="eastAsia"/>
          <w:lang w:eastAsia="ko-KR"/>
        </w:rPr>
        <w:t>전공</w:t>
      </w:r>
      <w:r w:rsidRPr="002C4D94">
        <w:rPr>
          <w:rFonts w:ascii="맑은 고딕" w:eastAsia="맑은 고딕" w:hAnsi="맑은 고딕" w:hint="eastAsia"/>
          <w:lang w:eastAsia="ko-KR"/>
        </w:rPr>
        <w:t xml:space="preserve"> </w:t>
      </w:r>
      <w:r w:rsidRPr="002C4D94">
        <w:rPr>
          <w:rFonts w:ascii="맑은 고딕" w:eastAsia="맑은 고딕" w:hAnsi="맑은 고딕" w:cs="맑은 고딕" w:hint="eastAsia"/>
          <w:lang w:eastAsia="ko-KR"/>
        </w:rPr>
        <w:t>지식을</w:t>
      </w:r>
      <w:r w:rsidRPr="002C4D94">
        <w:rPr>
          <w:rFonts w:ascii="맑은 고딕" w:eastAsia="맑은 고딕" w:hAnsi="맑은 고딕" w:hint="eastAsia"/>
          <w:lang w:eastAsia="ko-KR"/>
        </w:rPr>
        <w:t xml:space="preserve"> </w:t>
      </w:r>
      <w:r w:rsidRPr="002C4D94">
        <w:rPr>
          <w:rFonts w:ascii="맑은 고딕" w:eastAsia="맑은 고딕" w:hAnsi="맑은 고딕" w:cs="맑은 고딕" w:hint="eastAsia"/>
          <w:lang w:eastAsia="ko-KR"/>
        </w:rPr>
        <w:t>활용하여</w:t>
      </w:r>
      <w:r w:rsidRPr="002C4D94">
        <w:rPr>
          <w:rFonts w:ascii="맑은 고딕" w:eastAsia="맑은 고딕" w:hAnsi="맑은 고딕" w:hint="eastAsia"/>
          <w:lang w:eastAsia="ko-KR"/>
        </w:rPr>
        <w:t xml:space="preserve"> </w:t>
      </w:r>
      <w:r w:rsidRPr="002C4D94">
        <w:rPr>
          <w:rFonts w:ascii="맑은 고딕" w:eastAsia="맑은 고딕" w:hAnsi="맑은 고딕" w:cs="맑은 고딕" w:hint="eastAsia"/>
          <w:lang w:eastAsia="ko-KR"/>
        </w:rPr>
        <w:t>혁신적으로</w:t>
      </w:r>
      <w:r w:rsidRPr="002C4D94">
        <w:rPr>
          <w:rFonts w:ascii="맑은 고딕" w:eastAsia="맑은 고딕" w:hAnsi="맑은 고딕" w:hint="eastAsia"/>
          <w:lang w:eastAsia="ko-KR"/>
        </w:rPr>
        <w:t xml:space="preserve"> </w:t>
      </w:r>
      <w:r w:rsidRPr="002C4D94">
        <w:rPr>
          <w:rFonts w:ascii="맑은 고딕" w:eastAsia="맑은 고딕" w:hAnsi="맑은 고딕" w:cs="맑은 고딕" w:hint="eastAsia"/>
          <w:lang w:eastAsia="ko-KR"/>
        </w:rPr>
        <w:t>사회문제를</w:t>
      </w:r>
      <w:r w:rsidRPr="002C4D94">
        <w:rPr>
          <w:rFonts w:ascii="맑은 고딕" w:eastAsia="맑은 고딕" w:hAnsi="맑은 고딕" w:hint="eastAsia"/>
          <w:lang w:eastAsia="ko-KR"/>
        </w:rPr>
        <w:t xml:space="preserve"> </w:t>
      </w:r>
      <w:r w:rsidRPr="002C4D94">
        <w:rPr>
          <w:rFonts w:ascii="맑은 고딕" w:eastAsia="맑은 고딕" w:hAnsi="맑은 고딕" w:cs="맑은 고딕" w:hint="eastAsia"/>
          <w:lang w:eastAsia="ko-KR"/>
        </w:rPr>
        <w:t>해결하는</w:t>
      </w:r>
      <w:r w:rsidRPr="002C4D94">
        <w:rPr>
          <w:rFonts w:ascii="맑은 고딕" w:eastAsia="맑은 고딕" w:hAnsi="맑은 고딕" w:hint="eastAsia"/>
          <w:lang w:eastAsia="ko-KR"/>
        </w:rPr>
        <w:t xml:space="preserve"> </w:t>
      </w:r>
      <w:r w:rsidR="002C4D94">
        <w:rPr>
          <w:rFonts w:ascii="맑은 고딕" w:eastAsia="맑은 고딕" w:hAnsi="맑은 고딕" w:hint="eastAsia"/>
          <w:lang w:eastAsia="ko-KR"/>
        </w:rPr>
        <w:t xml:space="preserve">센터 </w:t>
      </w:r>
      <w:r w:rsidRPr="002C4D94">
        <w:rPr>
          <w:rFonts w:ascii="맑은 고딕" w:eastAsia="맑은 고딕" w:hAnsi="맑은 고딕" w:cs="맑은 고딕" w:hint="eastAsia"/>
          <w:lang w:eastAsia="ko-KR"/>
        </w:rPr>
        <w:t>사업의</w:t>
      </w:r>
      <w:r w:rsidRPr="002C4D94">
        <w:rPr>
          <w:rFonts w:ascii="맑은 고딕" w:eastAsia="맑은 고딕" w:hAnsi="맑은 고딕" w:hint="eastAsia"/>
          <w:lang w:eastAsia="ko-KR"/>
        </w:rPr>
        <w:t xml:space="preserve"> </w:t>
      </w:r>
      <w:r w:rsidRPr="002C4D94">
        <w:rPr>
          <w:rFonts w:ascii="맑은 고딕" w:eastAsia="맑은 고딕" w:hAnsi="맑은 고딕" w:cs="맑은 고딕" w:hint="eastAsia"/>
          <w:lang w:eastAsia="ko-KR"/>
        </w:rPr>
        <w:t>일환으로</w:t>
      </w:r>
      <w:r w:rsidRPr="002C4D94">
        <w:rPr>
          <w:rFonts w:ascii="맑은 고딕" w:eastAsia="맑은 고딕" w:hAnsi="맑은 고딕" w:hint="eastAsia"/>
          <w:lang w:eastAsia="ko-KR"/>
        </w:rPr>
        <w:t>,</w:t>
      </w:r>
      <w:r w:rsidRPr="002C4D94">
        <w:rPr>
          <w:rFonts w:ascii="맑은 고딕" w:eastAsia="맑은 고딕" w:hAnsi="맑은 고딕"/>
          <w:lang w:eastAsia="ko-KR"/>
        </w:rPr>
        <w:t xml:space="preserve"> </w:t>
      </w:r>
      <w:r w:rsidRPr="002C4D94">
        <w:rPr>
          <w:rFonts w:ascii="맑은 고딕" w:eastAsia="맑은 고딕" w:hAnsi="맑은 고딕" w:cs="맑은 고딕" w:hint="eastAsia"/>
          <w:lang w:eastAsia="ko-KR"/>
        </w:rPr>
        <w:t>해외</w:t>
      </w:r>
      <w:r w:rsidRPr="002C4D94">
        <w:rPr>
          <w:rFonts w:ascii="맑은 고딕" w:eastAsia="맑은 고딕" w:hAnsi="맑은 고딕" w:hint="eastAsia"/>
          <w:lang w:eastAsia="ko-KR"/>
        </w:rPr>
        <w:t xml:space="preserve"> </w:t>
      </w:r>
      <w:r w:rsidRPr="002C4D94">
        <w:rPr>
          <w:rFonts w:ascii="맑은 고딕" w:eastAsia="맑은 고딕" w:hAnsi="맑은 고딕" w:cs="맑은 고딕" w:hint="eastAsia"/>
          <w:lang w:eastAsia="ko-KR"/>
        </w:rPr>
        <w:t>현장체험</w:t>
      </w:r>
      <w:r w:rsidR="00FB1D06">
        <w:rPr>
          <w:rFonts w:ascii="맑은 고딕" w:eastAsia="맑은 고딕" w:hAnsi="맑은 고딕" w:cs="맑은 고딕" w:hint="eastAsia"/>
          <w:lang w:eastAsia="ko-KR"/>
        </w:rPr>
        <w:t xml:space="preserve">과 </w:t>
      </w:r>
      <w:r w:rsidR="00A95839">
        <w:rPr>
          <w:rFonts w:ascii="맑은 고딕" w:eastAsia="맑은 고딕" w:hAnsi="맑은 고딕" w:cs="맑은 고딕" w:hint="eastAsia"/>
          <w:lang w:eastAsia="ko-KR"/>
        </w:rPr>
        <w:t xml:space="preserve">관련 분야의 전문가 </w:t>
      </w:r>
      <w:r w:rsidR="00FB1D06">
        <w:rPr>
          <w:rFonts w:ascii="맑은 고딕" w:eastAsia="맑은 고딕" w:hAnsi="맑은 고딕" w:cs="맑은 고딕" w:hint="eastAsia"/>
          <w:lang w:eastAsia="ko-KR"/>
        </w:rPr>
        <w:t>멘토링</w:t>
      </w:r>
      <w:r w:rsidRPr="002C4D94">
        <w:rPr>
          <w:rFonts w:ascii="맑은 고딕" w:eastAsia="맑은 고딕" w:hAnsi="맑은 고딕" w:cs="맑은 고딕" w:hint="eastAsia"/>
          <w:lang w:eastAsia="ko-KR"/>
        </w:rPr>
        <w:t>을</w:t>
      </w:r>
      <w:r w:rsidRPr="002C4D94">
        <w:rPr>
          <w:rFonts w:ascii="맑은 고딕" w:eastAsia="맑은 고딕" w:hAnsi="맑은 고딕" w:hint="eastAsia"/>
          <w:lang w:eastAsia="ko-KR"/>
        </w:rPr>
        <w:t xml:space="preserve"> </w:t>
      </w:r>
      <w:r w:rsidRPr="002C4D94">
        <w:rPr>
          <w:rFonts w:ascii="맑은 고딕" w:eastAsia="맑은 고딕" w:hAnsi="맑은 고딕" w:cs="맑은 고딕" w:hint="eastAsia"/>
          <w:lang w:eastAsia="ko-KR"/>
        </w:rPr>
        <w:t>통해</w:t>
      </w:r>
      <w:r w:rsidRPr="002C4D94">
        <w:rPr>
          <w:rFonts w:ascii="맑은 고딕" w:eastAsia="맑은 고딕" w:hAnsi="맑은 고딕" w:hint="eastAsia"/>
          <w:lang w:eastAsia="ko-KR"/>
        </w:rPr>
        <w:t xml:space="preserve"> </w:t>
      </w:r>
      <w:r w:rsidR="00A95839">
        <w:rPr>
          <w:rFonts w:ascii="맑은 고딕" w:eastAsia="맑은 고딕" w:hAnsi="맑은 고딕" w:hint="eastAsia"/>
          <w:lang w:eastAsia="ko-KR"/>
        </w:rPr>
        <w:t xml:space="preserve">주제에 관한 </w:t>
      </w:r>
      <w:r w:rsidRPr="002C4D94">
        <w:rPr>
          <w:rFonts w:ascii="맑은 고딕" w:eastAsia="맑은 고딕" w:hAnsi="맑은 고딕" w:cs="맑은 고딕" w:hint="eastAsia"/>
          <w:lang w:eastAsia="ko-KR"/>
        </w:rPr>
        <w:t>학생의</w:t>
      </w:r>
      <w:r w:rsidRPr="002C4D94">
        <w:rPr>
          <w:rFonts w:ascii="맑은 고딕" w:eastAsia="맑은 고딕" w:hAnsi="맑은 고딕" w:hint="eastAsia"/>
          <w:lang w:eastAsia="ko-KR"/>
        </w:rPr>
        <w:t xml:space="preserve"> </w:t>
      </w:r>
      <w:r w:rsidRPr="002C4D94">
        <w:rPr>
          <w:rFonts w:ascii="맑은 고딕" w:eastAsia="맑은 고딕" w:hAnsi="맑은 고딕" w:cs="맑은 고딕" w:hint="eastAsia"/>
          <w:b/>
          <w:lang w:eastAsia="ko-KR"/>
        </w:rPr>
        <w:t>사회공헌</w:t>
      </w:r>
      <w:r w:rsidRPr="002C4D94">
        <w:rPr>
          <w:rFonts w:ascii="맑은 고딕" w:eastAsia="맑은 고딕" w:hAnsi="맑은 고딕" w:hint="eastAsia"/>
          <w:b/>
          <w:lang w:eastAsia="ko-KR"/>
        </w:rPr>
        <w:t xml:space="preserve"> </w:t>
      </w:r>
      <w:r w:rsidRPr="002C4D94">
        <w:rPr>
          <w:rFonts w:ascii="맑은 고딕" w:eastAsia="맑은 고딕" w:hAnsi="맑은 고딕" w:cs="맑은 고딕" w:hint="eastAsia"/>
          <w:b/>
          <w:lang w:eastAsia="ko-KR"/>
        </w:rPr>
        <w:t>역량</w:t>
      </w:r>
      <w:r w:rsidRPr="002C4D94">
        <w:rPr>
          <w:rFonts w:ascii="맑은 고딕" w:eastAsia="맑은 고딕" w:hAnsi="맑은 고딕" w:hint="eastAsia"/>
          <w:b/>
          <w:lang w:eastAsia="ko-KR"/>
        </w:rPr>
        <w:t xml:space="preserve"> </w:t>
      </w:r>
      <w:r w:rsidRPr="002C4D94">
        <w:rPr>
          <w:rFonts w:ascii="맑은 고딕" w:eastAsia="맑은 고딕" w:hAnsi="맑은 고딕" w:cs="맑은 고딕" w:hint="eastAsia"/>
          <w:b/>
          <w:lang w:eastAsia="ko-KR"/>
        </w:rPr>
        <w:t>및</w:t>
      </w:r>
      <w:r w:rsidRPr="002C4D94">
        <w:rPr>
          <w:rFonts w:ascii="맑은 고딕" w:eastAsia="맑은 고딕" w:hAnsi="맑은 고딕" w:hint="eastAsia"/>
          <w:b/>
          <w:lang w:eastAsia="ko-KR"/>
        </w:rPr>
        <w:t xml:space="preserve"> </w:t>
      </w:r>
      <w:r w:rsidRPr="002C4D94">
        <w:rPr>
          <w:rFonts w:ascii="맑은 고딕" w:eastAsia="맑은 고딕" w:hAnsi="맑은 고딕" w:cs="맑은 고딕" w:hint="eastAsia"/>
          <w:b/>
          <w:lang w:eastAsia="ko-KR"/>
        </w:rPr>
        <w:t>문제해결</w:t>
      </w:r>
      <w:r w:rsidRPr="002C4D94">
        <w:rPr>
          <w:rFonts w:ascii="맑은 고딕" w:eastAsia="맑은 고딕" w:hAnsi="맑은 고딕" w:hint="eastAsia"/>
          <w:b/>
          <w:lang w:eastAsia="ko-KR"/>
        </w:rPr>
        <w:t xml:space="preserve"> </w:t>
      </w:r>
      <w:r w:rsidRPr="002C4D94">
        <w:rPr>
          <w:rFonts w:ascii="맑은 고딕" w:eastAsia="맑은 고딕" w:hAnsi="맑은 고딕" w:cs="맑은 고딕" w:hint="eastAsia"/>
          <w:b/>
          <w:lang w:eastAsia="ko-KR"/>
        </w:rPr>
        <w:t>역량</w:t>
      </w:r>
      <w:r w:rsidRPr="002C4D94">
        <w:rPr>
          <w:rFonts w:ascii="맑은 고딕" w:eastAsia="맑은 고딕" w:hAnsi="맑은 고딕" w:cs="맑은 고딕" w:hint="eastAsia"/>
          <w:lang w:eastAsia="ko-KR"/>
        </w:rPr>
        <w:t>을</w:t>
      </w:r>
      <w:r w:rsidRPr="002C4D94">
        <w:rPr>
          <w:rFonts w:ascii="맑은 고딕" w:eastAsia="맑은 고딕" w:hAnsi="맑은 고딕" w:hint="eastAsia"/>
          <w:lang w:eastAsia="ko-KR"/>
        </w:rPr>
        <w:t xml:space="preserve"> </w:t>
      </w:r>
      <w:r w:rsidRPr="002C4D94">
        <w:rPr>
          <w:rFonts w:ascii="맑은 고딕" w:eastAsia="맑은 고딕" w:hAnsi="맑은 고딕" w:cs="맑은 고딕" w:hint="eastAsia"/>
          <w:lang w:eastAsia="ko-KR"/>
        </w:rPr>
        <w:t>강화</w:t>
      </w:r>
      <w:r w:rsidR="00A95839">
        <w:rPr>
          <w:rFonts w:ascii="맑은 고딕" w:eastAsia="맑은 고딕" w:hAnsi="맑은 고딕" w:cs="맑은 고딕" w:hint="eastAsia"/>
          <w:lang w:eastAsia="ko-KR"/>
        </w:rPr>
        <w:t>한다.</w:t>
      </w:r>
    </w:p>
    <w:p w:rsidR="00A95839" w:rsidRPr="00A95839" w:rsidRDefault="00A95839" w:rsidP="002C4D94">
      <w:pPr>
        <w:pStyle w:val="aa"/>
        <w:numPr>
          <w:ilvl w:val="0"/>
          <w:numId w:val="18"/>
        </w:numPr>
        <w:spacing w:after="0" w:line="240" w:lineRule="auto"/>
        <w:ind w:left="426"/>
        <w:jc w:val="both"/>
        <w:rPr>
          <w:rFonts w:ascii="맑은 고딕" w:eastAsia="맑은 고딕" w:hAnsi="맑은 고딕"/>
          <w:lang w:eastAsia="ko-KR"/>
        </w:rPr>
      </w:pPr>
      <w:r>
        <w:rPr>
          <w:rFonts w:ascii="맑은 고딕" w:eastAsia="맑은 고딕" w:hAnsi="맑은 고딕" w:hint="eastAsia"/>
          <w:lang w:eastAsia="ko-KR"/>
        </w:rPr>
        <w:t>주제 설명</w:t>
      </w:r>
      <w:r w:rsidR="00C76508">
        <w:rPr>
          <w:rFonts w:ascii="맑은 고딕" w:eastAsia="맑은 고딕" w:hAnsi="맑은 고딕" w:hint="eastAsia"/>
          <w:lang w:eastAsia="ko-KR"/>
        </w:rPr>
        <w:t>(</w:t>
      </w:r>
      <w:r w:rsidR="00C76508" w:rsidRPr="00C76508">
        <w:rPr>
          <w:rFonts w:ascii="맑은 고딕" w:eastAsia="맑은 고딕" w:hAnsi="맑은 고딕"/>
          <w:b/>
          <w:lang w:eastAsia="ko-KR"/>
        </w:rPr>
        <w:t>AI</w:t>
      </w:r>
      <w:r w:rsidR="00C76508" w:rsidRPr="00C76508">
        <w:rPr>
          <w:rFonts w:ascii="맑은 고딕" w:eastAsia="맑은 고딕" w:hAnsi="맑은 고딕" w:hint="eastAsia"/>
          <w:b/>
          <w:lang w:eastAsia="ko-KR"/>
        </w:rPr>
        <w:t>를 활용한 사회문제 해결</w:t>
      </w:r>
      <w:r w:rsidR="00C76508">
        <w:rPr>
          <w:rFonts w:ascii="맑은 고딕" w:eastAsia="맑은 고딕" w:hAnsi="맑은 고딕"/>
          <w:lang w:eastAsia="ko-KR"/>
        </w:rPr>
        <w:t>)</w:t>
      </w:r>
      <w:r>
        <w:rPr>
          <w:rFonts w:ascii="맑은 고딕" w:eastAsia="맑은 고딕" w:hAnsi="맑은 고딕" w:cs="맑은 고딕" w:hint="eastAsia"/>
          <w:b/>
          <w:lang w:eastAsia="ko-KR"/>
        </w:rPr>
        <w:t>:</w:t>
      </w:r>
      <w:r>
        <w:rPr>
          <w:rFonts w:ascii="맑은 고딕" w:eastAsia="맑은 고딕" w:hAnsi="맑은 고딕" w:cs="맑은 고딕"/>
          <w:b/>
          <w:lang w:eastAsia="ko-KR"/>
        </w:rPr>
        <w:t xml:space="preserve"> </w:t>
      </w:r>
      <w:r w:rsidRPr="00A95839">
        <w:rPr>
          <w:rFonts w:ascii="맑은 고딕" w:eastAsia="맑은 고딕" w:hAnsi="맑은 고딕" w:cs="맑은 고딕"/>
          <w:lang w:eastAsia="ko-KR"/>
        </w:rPr>
        <w:t xml:space="preserve">AI </w:t>
      </w:r>
      <w:r w:rsidRPr="00A95839">
        <w:rPr>
          <w:rFonts w:ascii="맑은 고딕" w:eastAsia="맑은 고딕" w:hAnsi="맑은 고딕" w:cs="맑은 고딕" w:hint="eastAsia"/>
          <w:lang w:eastAsia="ko-KR"/>
        </w:rPr>
        <w:t>프로그램이나 기제</w:t>
      </w:r>
      <w:r w:rsidRPr="00A95839">
        <w:rPr>
          <w:rFonts w:ascii="맑은 고딕" w:eastAsia="맑은 고딕" w:hAnsi="맑은 고딕" w:cs="맑은 고딕"/>
          <w:lang w:eastAsia="ko-KR"/>
        </w:rPr>
        <w:t xml:space="preserve">, </w:t>
      </w:r>
      <w:r w:rsidRPr="00A95839">
        <w:rPr>
          <w:rFonts w:ascii="맑은 고딕" w:eastAsia="맑은 고딕" w:hAnsi="맑은 고딕" w:cs="맑은 고딕" w:hint="eastAsia"/>
          <w:lang w:eastAsia="ko-KR"/>
        </w:rPr>
        <w:t>기타 디지털</w:t>
      </w:r>
      <w:r>
        <w:rPr>
          <w:rFonts w:ascii="맑은 고딕" w:eastAsia="맑은 고딕" w:hAnsi="맑은 고딕" w:cs="맑은 고딕" w:hint="eastAsia"/>
          <w:lang w:eastAsia="ko-KR"/>
        </w:rPr>
        <w:t>∙사이버</w:t>
      </w:r>
      <w:r w:rsidRPr="00A95839">
        <w:rPr>
          <w:rFonts w:ascii="맑은 고딕" w:eastAsia="맑은 고딕" w:hAnsi="맑은 고딕" w:cs="맑은 고딕" w:hint="eastAsia"/>
          <w:lang w:eastAsia="ko-KR"/>
        </w:rPr>
        <w:t xml:space="preserve"> 기술을</w:t>
      </w:r>
      <w:r w:rsidRPr="00A95839">
        <w:rPr>
          <w:rFonts w:ascii="맑은 고딕" w:eastAsia="맑은 고딕" w:hAnsi="맑은 고딕" w:cs="맑은 고딕"/>
          <w:lang w:eastAsia="ko-KR"/>
        </w:rPr>
        <w:t xml:space="preserve"> </w:t>
      </w:r>
      <w:r w:rsidRPr="00A95839">
        <w:rPr>
          <w:rFonts w:ascii="맑은 고딕" w:eastAsia="맑은 고딕" w:hAnsi="맑은 고딕" w:cs="맑은 고딕" w:hint="eastAsia"/>
          <w:lang w:eastAsia="ko-KR"/>
        </w:rPr>
        <w:t>활용하</w:t>
      </w:r>
      <w:r>
        <w:rPr>
          <w:rFonts w:ascii="맑은 고딕" w:eastAsia="맑은 고딕" w:hAnsi="맑은 고딕" w:cs="맑은 고딕" w:hint="eastAsia"/>
          <w:lang w:eastAsia="ko-KR"/>
        </w:rPr>
        <w:t>여</w:t>
      </w:r>
      <w:r w:rsidRPr="00A95839">
        <w:rPr>
          <w:rFonts w:ascii="맑은 고딕" w:eastAsia="맑은 고딕" w:hAnsi="맑은 고딕" w:cs="맑은 고딕" w:hint="eastAsia"/>
          <w:lang w:eastAsia="ko-KR"/>
        </w:rPr>
        <w:t>,</w:t>
      </w:r>
      <w:r w:rsidRPr="00A95839">
        <w:rPr>
          <w:rFonts w:ascii="맑은 고딕" w:eastAsia="맑은 고딕" w:hAnsi="맑은 고딕" w:cs="맑은 고딕"/>
          <w:lang w:eastAsia="ko-KR"/>
        </w:rPr>
        <w:t xml:space="preserve"> </w:t>
      </w:r>
      <w:r>
        <w:rPr>
          <w:rFonts w:ascii="맑은 고딕" w:eastAsia="맑은 고딕" w:hAnsi="맑은 고딕" w:cs="맑은 고딕" w:hint="eastAsia"/>
          <w:lang w:eastAsia="ko-KR"/>
        </w:rPr>
        <w:t>복지,</w:t>
      </w:r>
      <w:r>
        <w:rPr>
          <w:rFonts w:ascii="맑은 고딕" w:eastAsia="맑은 고딕" w:hAnsi="맑은 고딕" w:cs="맑은 고딕"/>
          <w:lang w:eastAsia="ko-KR"/>
        </w:rPr>
        <w:t xml:space="preserve"> </w:t>
      </w:r>
      <w:r>
        <w:rPr>
          <w:rFonts w:ascii="맑은 고딕" w:eastAsia="맑은 고딕" w:hAnsi="맑은 고딕" w:cs="맑은 고딕" w:hint="eastAsia"/>
          <w:lang w:eastAsia="ko-KR"/>
        </w:rPr>
        <w:t>경제,</w:t>
      </w:r>
      <w:r>
        <w:rPr>
          <w:rFonts w:ascii="맑은 고딕" w:eastAsia="맑은 고딕" w:hAnsi="맑은 고딕" w:cs="맑은 고딕"/>
          <w:lang w:eastAsia="ko-KR"/>
        </w:rPr>
        <w:t xml:space="preserve"> </w:t>
      </w:r>
      <w:r>
        <w:rPr>
          <w:rFonts w:ascii="맑은 고딕" w:eastAsia="맑은 고딕" w:hAnsi="맑은 고딕" w:cs="맑은 고딕" w:hint="eastAsia"/>
          <w:lang w:eastAsia="ko-KR"/>
        </w:rPr>
        <w:t>문화,</w:t>
      </w:r>
      <w:r>
        <w:rPr>
          <w:rFonts w:ascii="맑은 고딕" w:eastAsia="맑은 고딕" w:hAnsi="맑은 고딕" w:cs="맑은 고딕"/>
          <w:lang w:eastAsia="ko-KR"/>
        </w:rPr>
        <w:t xml:space="preserve"> </w:t>
      </w:r>
      <w:r>
        <w:rPr>
          <w:rFonts w:ascii="맑은 고딕" w:eastAsia="맑은 고딕" w:hAnsi="맑은 고딕" w:cs="맑은 고딕" w:hint="eastAsia"/>
          <w:lang w:eastAsia="ko-KR"/>
        </w:rPr>
        <w:t>생활,</w:t>
      </w:r>
      <w:r>
        <w:rPr>
          <w:rFonts w:ascii="맑은 고딕" w:eastAsia="맑은 고딕" w:hAnsi="맑은 고딕" w:cs="맑은 고딕"/>
          <w:lang w:eastAsia="ko-KR"/>
        </w:rPr>
        <w:t xml:space="preserve"> </w:t>
      </w:r>
      <w:r>
        <w:rPr>
          <w:rFonts w:ascii="맑은 고딕" w:eastAsia="맑은 고딕" w:hAnsi="맑은 고딕" w:cs="맑은 고딕" w:hint="eastAsia"/>
          <w:lang w:eastAsia="ko-KR"/>
        </w:rPr>
        <w:t>교육,</w:t>
      </w:r>
      <w:r>
        <w:rPr>
          <w:rFonts w:ascii="맑은 고딕" w:eastAsia="맑은 고딕" w:hAnsi="맑은 고딕" w:cs="맑은 고딕"/>
          <w:lang w:eastAsia="ko-KR"/>
        </w:rPr>
        <w:t xml:space="preserve"> </w:t>
      </w:r>
      <w:r>
        <w:rPr>
          <w:rFonts w:ascii="맑은 고딕" w:eastAsia="맑은 고딕" w:hAnsi="맑은 고딕" w:cs="맑은 고딕" w:hint="eastAsia"/>
          <w:lang w:eastAsia="ko-KR"/>
        </w:rPr>
        <w:t>사회,</w:t>
      </w:r>
      <w:r>
        <w:rPr>
          <w:rFonts w:ascii="맑은 고딕" w:eastAsia="맑은 고딕" w:hAnsi="맑은 고딕" w:cs="맑은 고딕"/>
          <w:lang w:eastAsia="ko-KR"/>
        </w:rPr>
        <w:t xml:space="preserve"> </w:t>
      </w:r>
      <w:r>
        <w:rPr>
          <w:rFonts w:ascii="맑은 고딕" w:eastAsia="맑은 고딕" w:hAnsi="맑은 고딕" w:cs="맑은 고딕" w:hint="eastAsia"/>
          <w:lang w:eastAsia="ko-KR"/>
        </w:rPr>
        <w:t>정치∙행정 등 다양한 영역의 문제를 해결하거나 과제에 기여하는 활동이나 연구.</w:t>
      </w:r>
      <w:r>
        <w:rPr>
          <w:rFonts w:ascii="맑은 고딕" w:eastAsia="맑은 고딕" w:hAnsi="맑은 고딕" w:cs="맑은 고딕"/>
          <w:lang w:eastAsia="ko-KR"/>
        </w:rPr>
        <w:t xml:space="preserve"> </w:t>
      </w:r>
      <w:r>
        <w:rPr>
          <w:rFonts w:ascii="맑은 고딕" w:eastAsia="맑은 고딕" w:hAnsi="맑은 고딕" w:cs="맑은 고딕" w:hint="eastAsia"/>
          <w:lang w:eastAsia="ko-KR"/>
        </w:rPr>
        <w:t>A</w:t>
      </w:r>
      <w:r>
        <w:rPr>
          <w:rFonts w:ascii="맑은 고딕" w:eastAsia="맑은 고딕" w:hAnsi="맑은 고딕" w:cs="맑은 고딕"/>
          <w:lang w:eastAsia="ko-KR"/>
        </w:rPr>
        <w:t>I</w:t>
      </w:r>
      <w:r>
        <w:rPr>
          <w:rFonts w:ascii="맑은 고딕" w:eastAsia="맑은 고딕" w:hAnsi="맑은 고딕" w:cs="맑은 고딕" w:hint="eastAsia"/>
          <w:lang w:eastAsia="ko-KR"/>
        </w:rPr>
        <w:t>나 디지털 기술의 사회</w:t>
      </w:r>
      <w:r w:rsidR="007C0835">
        <w:rPr>
          <w:rFonts w:ascii="맑은 고딕" w:eastAsia="맑은 고딕" w:hAnsi="맑은 고딕" w:cs="맑은 고딕" w:hint="eastAsia"/>
          <w:lang w:eastAsia="ko-KR"/>
        </w:rPr>
        <w:t>∙</w:t>
      </w:r>
      <w:r>
        <w:rPr>
          <w:rFonts w:ascii="맑은 고딕" w:eastAsia="맑은 고딕" w:hAnsi="맑은 고딕" w:cs="맑은 고딕" w:hint="eastAsia"/>
          <w:lang w:eastAsia="ko-KR"/>
        </w:rPr>
        <w:t>윤리적 문제나 과제를 탐구하는 활동이나 연구.</w:t>
      </w:r>
    </w:p>
    <w:p w:rsidR="00A95839" w:rsidRPr="00C76508" w:rsidRDefault="009A386F" w:rsidP="005F6520">
      <w:pPr>
        <w:pStyle w:val="aa"/>
        <w:numPr>
          <w:ilvl w:val="0"/>
          <w:numId w:val="18"/>
        </w:numPr>
        <w:spacing w:after="0" w:line="240" w:lineRule="auto"/>
        <w:ind w:left="426"/>
        <w:jc w:val="both"/>
        <w:rPr>
          <w:rFonts w:ascii="맑은 고딕" w:eastAsia="맑은 고딕" w:hAnsi="맑은 고딕" w:cs="맑은 고딕"/>
          <w:lang w:eastAsia="ko-KR"/>
        </w:rPr>
      </w:pPr>
      <w:r w:rsidRPr="00C76508">
        <w:rPr>
          <w:rFonts w:ascii="맑은 고딕" w:eastAsia="맑은 고딕" w:hAnsi="맑은 고딕" w:cs="맑은 고딕" w:hint="eastAsia"/>
          <w:lang w:eastAsia="ko-KR"/>
        </w:rPr>
        <w:t>모집</w:t>
      </w:r>
      <w:r w:rsidRPr="00C76508">
        <w:rPr>
          <w:rFonts w:ascii="맑은 고딕" w:eastAsia="맑은 고딕" w:hAnsi="맑은 고딕" w:hint="eastAsia"/>
          <w:lang w:eastAsia="ko-KR"/>
        </w:rPr>
        <w:t>:</w:t>
      </w:r>
      <w:r w:rsidRPr="00C76508">
        <w:rPr>
          <w:rFonts w:ascii="맑은 고딕" w:eastAsia="맑은 고딕" w:hAnsi="맑은 고딕"/>
          <w:lang w:eastAsia="ko-KR"/>
        </w:rPr>
        <w:t xml:space="preserve"> </w:t>
      </w:r>
      <w:r w:rsidR="00C76508" w:rsidRPr="00C76508">
        <w:rPr>
          <w:rFonts w:ascii="맑은 고딕" w:eastAsia="맑은 고딕" w:hAnsi="맑은 고딕" w:hint="eastAsia"/>
          <w:lang w:eastAsia="ko-KR"/>
        </w:rPr>
        <w:t xml:space="preserve">주제에 </w:t>
      </w:r>
      <w:r w:rsidR="003303F7" w:rsidRPr="00C76508">
        <w:rPr>
          <w:rFonts w:ascii="맑은 고딕" w:eastAsia="맑은 고딕" w:hAnsi="맑은 고딕" w:cs="맑은 고딕" w:hint="eastAsia"/>
          <w:lang w:eastAsia="ko-KR"/>
        </w:rPr>
        <w:t>관심을</w:t>
      </w:r>
      <w:r w:rsidR="003303F7" w:rsidRPr="00C76508">
        <w:rPr>
          <w:rFonts w:ascii="맑은 고딕" w:eastAsia="맑은 고딕" w:hAnsi="맑은 고딕" w:hint="eastAsia"/>
          <w:lang w:eastAsia="ko-KR"/>
        </w:rPr>
        <w:t xml:space="preserve"> </w:t>
      </w:r>
      <w:r w:rsidR="003303F7" w:rsidRPr="00C76508">
        <w:rPr>
          <w:rFonts w:ascii="맑은 고딕" w:eastAsia="맑은 고딕" w:hAnsi="맑은 고딕" w:cs="맑은 고딕" w:hint="eastAsia"/>
          <w:lang w:eastAsia="ko-KR"/>
        </w:rPr>
        <w:t>가지며</w:t>
      </w:r>
      <w:r w:rsidR="003303F7" w:rsidRPr="00C76508">
        <w:rPr>
          <w:rFonts w:ascii="맑은 고딕" w:eastAsia="맑은 고딕" w:hAnsi="맑은 고딕"/>
          <w:lang w:eastAsia="ko-KR"/>
        </w:rPr>
        <w:t xml:space="preserve"> </w:t>
      </w:r>
      <w:r w:rsidRPr="00C76508">
        <w:rPr>
          <w:rFonts w:ascii="맑은 고딕" w:eastAsia="맑은 고딕" w:hAnsi="맑은 고딕" w:cs="맑은 고딕" w:hint="eastAsia"/>
          <w:lang w:eastAsia="ko-KR"/>
        </w:rPr>
        <w:t>아래</w:t>
      </w:r>
      <w:r w:rsidRPr="00C76508">
        <w:rPr>
          <w:rFonts w:ascii="맑은 고딕" w:eastAsia="맑은 고딕" w:hAnsi="맑은 고딕" w:hint="eastAsia"/>
          <w:lang w:eastAsia="ko-KR"/>
        </w:rPr>
        <w:t xml:space="preserve"> </w:t>
      </w:r>
      <w:r w:rsidRPr="00C76508">
        <w:rPr>
          <w:rFonts w:ascii="맑은 고딕" w:eastAsia="맑은 고딕" w:hAnsi="맑은 고딕" w:cs="맑은 고딕" w:hint="eastAsia"/>
          <w:lang w:eastAsia="ko-KR"/>
        </w:rPr>
        <w:t>일본</w:t>
      </w:r>
      <w:r w:rsidRPr="00C76508">
        <w:rPr>
          <w:rFonts w:ascii="맑은 고딕" w:eastAsia="맑은 고딕" w:hAnsi="맑은 고딕" w:hint="eastAsia"/>
          <w:lang w:eastAsia="ko-KR"/>
        </w:rPr>
        <w:t xml:space="preserve"> </w:t>
      </w:r>
      <w:r w:rsidRPr="00C76508">
        <w:rPr>
          <w:rFonts w:ascii="맑은 고딕" w:eastAsia="맑은 고딕" w:hAnsi="맑은 고딕" w:cs="맑은 고딕" w:hint="eastAsia"/>
          <w:lang w:eastAsia="ko-KR"/>
        </w:rPr>
        <w:t>방문</w:t>
      </w:r>
      <w:r w:rsidRPr="00C76508">
        <w:rPr>
          <w:rFonts w:ascii="맑은 고딕" w:eastAsia="맑은 고딕" w:hAnsi="맑은 고딕" w:hint="eastAsia"/>
          <w:lang w:eastAsia="ko-KR"/>
        </w:rPr>
        <w:t xml:space="preserve"> </w:t>
      </w:r>
      <w:r w:rsidRPr="00C76508">
        <w:rPr>
          <w:rFonts w:ascii="맑은 고딕" w:eastAsia="맑은 고딕" w:hAnsi="맑은 고딕" w:cs="맑은 고딕" w:hint="eastAsia"/>
          <w:lang w:eastAsia="ko-KR"/>
        </w:rPr>
        <w:t>프로그램에</w:t>
      </w:r>
      <w:r w:rsidRPr="00C76508">
        <w:rPr>
          <w:rFonts w:ascii="맑은 고딕" w:eastAsia="맑은 고딕" w:hAnsi="맑은 고딕" w:hint="eastAsia"/>
          <w:lang w:eastAsia="ko-KR"/>
        </w:rPr>
        <w:t xml:space="preserve"> </w:t>
      </w:r>
      <w:r w:rsidRPr="00C76508">
        <w:rPr>
          <w:rFonts w:ascii="맑은 고딕" w:eastAsia="맑은 고딕" w:hAnsi="맑은 고딕" w:cs="맑은 고딕" w:hint="eastAsia"/>
          <w:lang w:eastAsia="ko-KR"/>
        </w:rPr>
        <w:t>참여를</w:t>
      </w:r>
      <w:r w:rsidRPr="00C76508">
        <w:rPr>
          <w:rFonts w:ascii="맑은 고딕" w:eastAsia="맑은 고딕" w:hAnsi="맑은 고딕" w:hint="eastAsia"/>
          <w:lang w:eastAsia="ko-KR"/>
        </w:rPr>
        <w:t xml:space="preserve"> </w:t>
      </w:r>
      <w:r w:rsidRPr="00C76508">
        <w:rPr>
          <w:rFonts w:ascii="맑은 고딕" w:eastAsia="맑은 고딕" w:hAnsi="맑은 고딕" w:cs="맑은 고딕" w:hint="eastAsia"/>
          <w:lang w:eastAsia="ko-KR"/>
        </w:rPr>
        <w:t>희망하는</w:t>
      </w:r>
      <w:r w:rsidRPr="00C76508">
        <w:rPr>
          <w:rFonts w:ascii="맑은 고딕" w:eastAsia="맑은 고딕" w:hAnsi="맑은 고딕" w:hint="eastAsia"/>
          <w:b/>
          <w:lang w:eastAsia="ko-KR"/>
        </w:rPr>
        <w:t xml:space="preserve"> </w:t>
      </w:r>
      <w:r w:rsidR="00CC33B2" w:rsidRPr="00CC33B2">
        <w:rPr>
          <w:rFonts w:ascii="맑은 고딕" w:eastAsia="맑은 고딕" w:hAnsi="맑은 고딕" w:hint="eastAsia"/>
          <w:b/>
          <w:color w:val="0000FF"/>
          <w:lang w:eastAsia="ko-KR"/>
        </w:rPr>
        <w:t>정치학 전공</w:t>
      </w:r>
      <w:r w:rsidR="00CC33B2" w:rsidRPr="00CC33B2">
        <w:rPr>
          <w:rFonts w:ascii="맑은 고딕" w:eastAsia="맑은 고딕" w:hAnsi="맑은 고딕" w:cs="맑은 고딕" w:hint="eastAsia"/>
          <w:b/>
          <w:color w:val="0000FF"/>
          <w:lang w:eastAsia="ko-KR"/>
        </w:rPr>
        <w:t xml:space="preserve"> 학부생 및 대학원생(단,</w:t>
      </w:r>
      <w:r w:rsidR="00CC33B2" w:rsidRPr="00CC33B2">
        <w:rPr>
          <w:rFonts w:ascii="맑은 고딕" w:eastAsia="맑은 고딕" w:hAnsi="맑은 고딕" w:cs="맑은 고딕"/>
          <w:b/>
          <w:color w:val="0000FF"/>
          <w:lang w:eastAsia="ko-KR"/>
        </w:rPr>
        <w:t xml:space="preserve"> </w:t>
      </w:r>
      <w:r w:rsidR="00CC33B2" w:rsidRPr="00CC33B2">
        <w:rPr>
          <w:rFonts w:ascii="맑은 고딕" w:eastAsia="맑은 고딕" w:hAnsi="맑은 고딕" w:cs="맑은 고딕" w:hint="eastAsia"/>
          <w:b/>
          <w:color w:val="0000FF"/>
          <w:lang w:eastAsia="ko-KR"/>
        </w:rPr>
        <w:t>학부생 우선</w:t>
      </w:r>
      <w:r w:rsidRPr="00CC33B2">
        <w:rPr>
          <w:rFonts w:ascii="맑은 고딕" w:eastAsia="맑은 고딕" w:hAnsi="맑은 고딕"/>
          <w:b/>
          <w:color w:val="0000FF"/>
          <w:lang w:eastAsia="ko-KR"/>
        </w:rPr>
        <w:t>)</w:t>
      </w:r>
      <w:r w:rsidRPr="00CC33B2">
        <w:rPr>
          <w:rFonts w:ascii="맑은 고딕" w:eastAsia="맑은 고딕" w:hAnsi="맑은 고딕" w:hint="eastAsia"/>
          <w:b/>
          <w:color w:val="0000FF"/>
          <w:lang w:eastAsia="ko-KR"/>
        </w:rPr>
        <w:t xml:space="preserve"> </w:t>
      </w:r>
      <w:r w:rsidR="00740BFE" w:rsidRPr="00CC33B2">
        <w:rPr>
          <w:rFonts w:ascii="맑은 고딕" w:eastAsia="맑은 고딕" w:hAnsi="맑은 고딕"/>
          <w:b/>
          <w:color w:val="0000FF"/>
          <w:lang w:eastAsia="ko-KR"/>
        </w:rPr>
        <w:t>5</w:t>
      </w:r>
      <w:r w:rsidRPr="00CC33B2">
        <w:rPr>
          <w:rFonts w:ascii="맑은 고딕" w:eastAsia="맑은 고딕" w:hAnsi="맑은 고딕" w:cs="맑은 고딕" w:hint="eastAsia"/>
          <w:b/>
          <w:color w:val="0000FF"/>
          <w:lang w:eastAsia="ko-KR"/>
        </w:rPr>
        <w:t>명</w:t>
      </w:r>
      <w:r w:rsidR="00740BFE" w:rsidRPr="00CC33B2">
        <w:rPr>
          <w:rFonts w:ascii="맑은 고딕" w:eastAsia="맑은 고딕" w:hAnsi="맑은 고딕" w:cs="맑은 고딕" w:hint="eastAsia"/>
          <w:b/>
          <w:color w:val="0000FF"/>
          <w:lang w:eastAsia="ko-KR"/>
        </w:rPr>
        <w:t xml:space="preserve"> 내외</w:t>
      </w:r>
      <w:r w:rsidR="00740BFE" w:rsidRPr="00C76508">
        <w:rPr>
          <w:rFonts w:ascii="맑은 고딕" w:eastAsia="맑은 고딕" w:hAnsi="맑은 고딕" w:cs="맑은 고딕" w:hint="eastAsia"/>
          <w:lang w:eastAsia="ko-KR"/>
        </w:rPr>
        <w:t>를</w:t>
      </w:r>
      <w:r w:rsidRPr="00C76508">
        <w:rPr>
          <w:rFonts w:ascii="맑은 고딕" w:eastAsia="맑은 고딕" w:hAnsi="맑은 고딕" w:hint="eastAsia"/>
          <w:lang w:eastAsia="ko-KR"/>
        </w:rPr>
        <w:t xml:space="preserve"> </w:t>
      </w:r>
      <w:r w:rsidRPr="00C76508">
        <w:rPr>
          <w:rFonts w:ascii="맑은 고딕" w:eastAsia="맑은 고딕" w:hAnsi="맑은 고딕" w:cs="맑은 고딕" w:hint="eastAsia"/>
          <w:lang w:eastAsia="ko-KR"/>
        </w:rPr>
        <w:t>모집한다</w:t>
      </w:r>
      <w:r w:rsidRPr="00C76508">
        <w:rPr>
          <w:rFonts w:ascii="맑은 고딕" w:eastAsia="맑은 고딕" w:hAnsi="맑은 고딕" w:hint="eastAsia"/>
          <w:lang w:eastAsia="ko-KR"/>
        </w:rPr>
        <w:t>.</w:t>
      </w:r>
      <w:r w:rsidR="00C17325" w:rsidRPr="00C76508">
        <w:rPr>
          <w:rFonts w:ascii="맑은 고딕" w:eastAsia="맑은 고딕" w:hAnsi="맑은 고딕"/>
          <w:lang w:eastAsia="ko-KR"/>
        </w:rPr>
        <w:t xml:space="preserve"> *</w:t>
      </w:r>
      <w:r w:rsidR="00C17325" w:rsidRPr="00C76508">
        <w:rPr>
          <w:rFonts w:ascii="맑은 고딕" w:eastAsia="맑은 고딕" w:hAnsi="맑은 고딕" w:hint="eastAsia"/>
          <w:lang w:eastAsia="ko-KR"/>
        </w:rPr>
        <w:t>개인 또는 팀으로 신청 가능.</w:t>
      </w:r>
      <w:r w:rsidR="00C76508">
        <w:rPr>
          <w:rFonts w:ascii="맑은 고딕" w:eastAsia="맑은 고딕" w:hAnsi="맑은 고딕"/>
          <w:lang w:eastAsia="ko-KR"/>
        </w:rPr>
        <w:t xml:space="preserve">  *</w:t>
      </w:r>
      <w:r w:rsidR="00C76508">
        <w:rPr>
          <w:rFonts w:ascii="맑은 고딕" w:eastAsia="맑은 고딕" w:hAnsi="맑은 고딕" w:hint="eastAsia"/>
          <w:lang w:eastAsia="ko-KR"/>
        </w:rPr>
        <w:t>대학원,</w:t>
      </w:r>
      <w:r w:rsidR="00C76508">
        <w:rPr>
          <w:rFonts w:ascii="맑은 고딕" w:eastAsia="맑은 고딕" w:hAnsi="맑은 고딕"/>
          <w:lang w:eastAsia="ko-KR"/>
        </w:rPr>
        <w:t xml:space="preserve"> </w:t>
      </w:r>
      <w:r w:rsidR="00C76508">
        <w:rPr>
          <w:rFonts w:ascii="맑은 고딕" w:eastAsia="맑은 고딕" w:hAnsi="맑은 고딕" w:hint="eastAsia"/>
          <w:lang w:eastAsia="ko-KR"/>
        </w:rPr>
        <w:t xml:space="preserve">학부대학 포함 총 </w:t>
      </w:r>
      <w:r w:rsidR="00C76508">
        <w:rPr>
          <w:rFonts w:ascii="맑은 고딕" w:eastAsia="맑은 고딕" w:hAnsi="맑은 고딕"/>
          <w:lang w:eastAsia="ko-KR"/>
        </w:rPr>
        <w:t>15</w:t>
      </w:r>
      <w:r w:rsidR="00C76508">
        <w:rPr>
          <w:rFonts w:ascii="맑은 고딕" w:eastAsia="맑은 고딕" w:hAnsi="맑은 고딕" w:hint="eastAsia"/>
          <w:lang w:eastAsia="ko-KR"/>
        </w:rPr>
        <w:t>명 참여 예정.</w:t>
      </w:r>
    </w:p>
    <w:p w:rsidR="009A386F" w:rsidRPr="00C17325" w:rsidRDefault="009A386F" w:rsidP="002C4D94">
      <w:pPr>
        <w:pStyle w:val="aa"/>
        <w:numPr>
          <w:ilvl w:val="0"/>
          <w:numId w:val="18"/>
        </w:numPr>
        <w:spacing w:after="0" w:line="240" w:lineRule="auto"/>
        <w:ind w:left="426"/>
        <w:jc w:val="both"/>
        <w:rPr>
          <w:rFonts w:ascii="맑은 고딕" w:eastAsia="맑은 고딕" w:hAnsi="맑은 고딕"/>
          <w:b/>
          <w:lang w:eastAsia="ko-KR"/>
        </w:rPr>
      </w:pPr>
      <w:r w:rsidRPr="002C4D94">
        <w:rPr>
          <w:rFonts w:ascii="맑은 고딕" w:eastAsia="맑은 고딕" w:hAnsi="맑은 고딕" w:cs="맑은 고딕" w:hint="eastAsia"/>
          <w:lang w:eastAsia="ko-KR"/>
        </w:rPr>
        <w:t>신청</w:t>
      </w:r>
      <w:r w:rsidRPr="002C4D94">
        <w:rPr>
          <w:rFonts w:ascii="맑은 고딕" w:eastAsia="맑은 고딕" w:hAnsi="맑은 고딕" w:hint="eastAsia"/>
          <w:lang w:eastAsia="ko-KR"/>
        </w:rPr>
        <w:t xml:space="preserve"> </w:t>
      </w:r>
      <w:r w:rsidRPr="002C4D94">
        <w:rPr>
          <w:rFonts w:ascii="맑은 고딕" w:eastAsia="맑은 고딕" w:hAnsi="맑은 고딕" w:cs="맑은 고딕" w:hint="eastAsia"/>
          <w:lang w:eastAsia="ko-KR"/>
        </w:rPr>
        <w:t>방법</w:t>
      </w:r>
      <w:r w:rsidRPr="002C4D94">
        <w:rPr>
          <w:rFonts w:ascii="맑은 고딕" w:eastAsia="맑은 고딕" w:hAnsi="맑은 고딕" w:hint="eastAsia"/>
          <w:lang w:eastAsia="ko-KR"/>
        </w:rPr>
        <w:t>:</w:t>
      </w:r>
      <w:r w:rsidRPr="002C4D94">
        <w:rPr>
          <w:rFonts w:ascii="맑은 고딕" w:eastAsia="맑은 고딕" w:hAnsi="맑은 고딕"/>
          <w:lang w:eastAsia="ko-KR"/>
        </w:rPr>
        <w:t xml:space="preserve"> </w:t>
      </w:r>
      <w:r w:rsidRPr="002C4D94">
        <w:rPr>
          <w:rFonts w:ascii="맑은 고딕" w:eastAsia="맑은 고딕" w:hAnsi="맑은 고딕" w:cs="맑은 고딕" w:hint="eastAsia"/>
          <w:lang w:eastAsia="ko-KR"/>
        </w:rPr>
        <w:t>신청서를</w:t>
      </w:r>
      <w:r w:rsidRPr="002C4D94">
        <w:rPr>
          <w:rFonts w:ascii="맑은 고딕" w:eastAsia="맑은 고딕" w:hAnsi="맑은 고딕" w:hint="eastAsia"/>
          <w:lang w:eastAsia="ko-KR"/>
        </w:rPr>
        <w:t xml:space="preserve"> </w:t>
      </w:r>
      <w:r w:rsidRPr="002C4D94">
        <w:rPr>
          <w:rFonts w:ascii="맑은 고딕" w:eastAsia="맑은 고딕" w:hAnsi="맑은 고딕" w:cs="맑은 고딕" w:hint="eastAsia"/>
          <w:lang w:eastAsia="ko-KR"/>
        </w:rPr>
        <w:t>이메일</w:t>
      </w:r>
      <w:r w:rsidR="002C4D94" w:rsidRPr="002C4D94">
        <w:rPr>
          <w:rFonts w:ascii="맑은 고딕" w:eastAsia="맑은 고딕" w:hAnsi="맑은 고딕" w:cs="맑은 고딕" w:hint="eastAsia"/>
          <w:lang w:eastAsia="ko-KR"/>
        </w:rPr>
        <w:t>로</w:t>
      </w:r>
      <w:r w:rsidR="002C4D94" w:rsidRPr="002C4D94">
        <w:rPr>
          <w:rFonts w:ascii="맑은 고딕" w:eastAsia="맑은 고딕" w:hAnsi="맑은 고딕" w:hint="eastAsia"/>
          <w:lang w:eastAsia="ko-KR"/>
        </w:rPr>
        <w:t xml:space="preserve"> </w:t>
      </w:r>
      <w:r w:rsidR="002C4D94" w:rsidRPr="002C4D94">
        <w:rPr>
          <w:rFonts w:ascii="맑은 고딕" w:eastAsia="맑은 고딕" w:hAnsi="맑은 고딕" w:cs="맑은 고딕" w:hint="eastAsia"/>
          <w:lang w:eastAsia="ko-KR"/>
        </w:rPr>
        <w:t>주관기관에</w:t>
      </w:r>
      <w:r w:rsidRPr="002C4D94">
        <w:rPr>
          <w:rFonts w:ascii="맑은 고딕" w:eastAsia="맑은 고딕" w:hAnsi="맑은 고딕" w:hint="eastAsia"/>
          <w:lang w:eastAsia="ko-KR"/>
        </w:rPr>
        <w:t xml:space="preserve"> </w:t>
      </w:r>
      <w:r w:rsidR="002C4D94" w:rsidRPr="002C4D94">
        <w:rPr>
          <w:rFonts w:ascii="맑은 고딕" w:eastAsia="맑은 고딕" w:hAnsi="맑은 고딕" w:cs="맑은 고딕" w:hint="eastAsia"/>
          <w:lang w:eastAsia="ko-KR"/>
        </w:rPr>
        <w:t>제출</w:t>
      </w:r>
      <w:r w:rsidRPr="002C4D94">
        <w:rPr>
          <w:rFonts w:ascii="맑은 고딕" w:eastAsia="맑은 고딕" w:hAnsi="맑은 고딕" w:hint="eastAsia"/>
          <w:lang w:eastAsia="ko-KR"/>
        </w:rPr>
        <w:t xml:space="preserve"> </w:t>
      </w:r>
      <w:r w:rsidRPr="002C4D94">
        <w:rPr>
          <w:rFonts w:ascii="맑은 고딕" w:eastAsia="맑은 고딕" w:hAnsi="맑은 고딕"/>
          <w:lang w:eastAsia="ko-KR"/>
        </w:rPr>
        <w:t xml:space="preserve"> </w:t>
      </w:r>
      <w:hyperlink r:id="rId9" w:tgtFrame="_blank" w:history="1">
        <w:r w:rsidR="002C4D94" w:rsidRPr="002C4D94">
          <w:rPr>
            <w:rStyle w:val="aff2"/>
            <w:rFonts w:ascii="맑은 고딕" w:eastAsia="맑은 고딕" w:hAnsi="맑은 고딕"/>
            <w:lang w:eastAsia="ko-KR"/>
          </w:rPr>
          <w:t>csier.css@gmail.com</w:t>
        </w:r>
      </w:hyperlink>
      <w:r w:rsidRPr="002C4D94">
        <w:rPr>
          <w:rFonts w:ascii="맑은 고딕" w:eastAsia="맑은 고딕" w:hAnsi="맑은 고딕"/>
          <w:lang w:eastAsia="ko-KR"/>
        </w:rPr>
        <w:t xml:space="preserve">   </w:t>
      </w:r>
      <w:r w:rsidRPr="00C17325">
        <w:rPr>
          <w:rFonts w:ascii="맑은 고딕" w:eastAsia="맑은 고딕" w:hAnsi="맑은 고딕" w:cs="맑은 고딕" w:hint="eastAsia"/>
          <w:b/>
          <w:lang w:eastAsia="ko-KR"/>
        </w:rPr>
        <w:t>마감</w:t>
      </w:r>
      <w:r w:rsidRPr="00C17325">
        <w:rPr>
          <w:rFonts w:ascii="맑은 고딕" w:eastAsia="맑은 고딕" w:hAnsi="맑은 고딕" w:hint="eastAsia"/>
          <w:b/>
          <w:lang w:eastAsia="ko-KR"/>
        </w:rPr>
        <w:t xml:space="preserve"> </w:t>
      </w:r>
      <w:r w:rsidRPr="00C17325">
        <w:rPr>
          <w:rFonts w:ascii="맑은 고딕" w:eastAsia="맑은 고딕" w:hAnsi="맑은 고딕"/>
          <w:b/>
          <w:lang w:eastAsia="ko-KR"/>
        </w:rPr>
        <w:t>2026</w:t>
      </w:r>
      <w:r w:rsidRPr="00C17325">
        <w:rPr>
          <w:rFonts w:ascii="맑은 고딕" w:eastAsia="맑은 고딕" w:hAnsi="맑은 고딕" w:cs="맑은 고딕" w:hint="eastAsia"/>
          <w:b/>
          <w:lang w:eastAsia="ko-KR"/>
        </w:rPr>
        <w:t>년</w:t>
      </w:r>
      <w:r w:rsidRPr="00C17325">
        <w:rPr>
          <w:rFonts w:ascii="맑은 고딕" w:eastAsia="맑은 고딕" w:hAnsi="맑은 고딕" w:hint="eastAsia"/>
          <w:b/>
          <w:lang w:eastAsia="ko-KR"/>
        </w:rPr>
        <w:t xml:space="preserve"> </w:t>
      </w:r>
      <w:r w:rsidR="00616F56">
        <w:rPr>
          <w:rFonts w:ascii="맑은 고딕" w:eastAsia="맑은 고딕" w:hAnsi="맑은 고딕"/>
          <w:b/>
          <w:lang w:eastAsia="ko-KR"/>
        </w:rPr>
        <w:t>7</w:t>
      </w:r>
      <w:r w:rsidRPr="00C17325">
        <w:rPr>
          <w:rFonts w:ascii="맑은 고딕" w:eastAsia="맑은 고딕" w:hAnsi="맑은 고딕" w:cs="맑은 고딕" w:hint="eastAsia"/>
          <w:b/>
          <w:lang w:eastAsia="ko-KR"/>
        </w:rPr>
        <w:t>월</w:t>
      </w:r>
      <w:r w:rsidRPr="00C17325">
        <w:rPr>
          <w:rFonts w:ascii="맑은 고딕" w:eastAsia="맑은 고딕" w:hAnsi="맑은 고딕" w:hint="eastAsia"/>
          <w:b/>
          <w:lang w:eastAsia="ko-KR"/>
        </w:rPr>
        <w:t xml:space="preserve"> </w:t>
      </w:r>
      <w:r w:rsidR="00616F56">
        <w:rPr>
          <w:rFonts w:ascii="맑은 고딕" w:eastAsia="맑은 고딕" w:hAnsi="맑은 고딕"/>
          <w:b/>
          <w:lang w:eastAsia="ko-KR"/>
        </w:rPr>
        <w:t>1</w:t>
      </w:r>
      <w:r w:rsidRPr="00C17325">
        <w:rPr>
          <w:rFonts w:ascii="맑은 고딕" w:eastAsia="맑은 고딕" w:hAnsi="맑은 고딕" w:cs="맑은 고딕" w:hint="eastAsia"/>
          <w:b/>
          <w:lang w:eastAsia="ko-KR"/>
        </w:rPr>
        <w:t>일</w:t>
      </w:r>
      <w:r w:rsidRPr="00C17325">
        <w:rPr>
          <w:rFonts w:ascii="맑은 고딕" w:eastAsia="맑은 고딕" w:hAnsi="맑은 고딕" w:hint="eastAsia"/>
          <w:b/>
          <w:lang w:eastAsia="ko-KR"/>
        </w:rPr>
        <w:t>(</w:t>
      </w:r>
      <w:r w:rsidR="00616F56">
        <w:rPr>
          <w:rFonts w:ascii="맑은 고딕" w:eastAsia="맑은 고딕" w:hAnsi="맑은 고딕" w:cs="맑은 고딕" w:hint="eastAsia"/>
          <w:b/>
          <w:lang w:eastAsia="ko-KR"/>
        </w:rPr>
        <w:t>수</w:t>
      </w:r>
      <w:r w:rsidRPr="00C17325">
        <w:rPr>
          <w:rFonts w:ascii="맑은 고딕" w:eastAsia="맑은 고딕" w:hAnsi="맑은 고딕"/>
          <w:b/>
          <w:lang w:eastAsia="ko-KR"/>
        </w:rPr>
        <w:t>)</w:t>
      </w:r>
      <w:r w:rsidR="00616F56">
        <w:rPr>
          <w:rFonts w:ascii="맑은 고딕" w:eastAsia="맑은 고딕" w:hAnsi="맑은 고딕"/>
          <w:b/>
          <w:lang w:eastAsia="ko-KR"/>
        </w:rPr>
        <w:t xml:space="preserve"> </w:t>
      </w:r>
      <w:r w:rsidR="00616F56">
        <w:rPr>
          <w:rFonts w:ascii="맑은 고딕" w:eastAsia="맑은 고딕" w:hAnsi="맑은 고딕" w:hint="eastAsia"/>
          <w:b/>
          <w:lang w:eastAsia="ko-KR"/>
        </w:rPr>
        <w:t>정오</w:t>
      </w:r>
    </w:p>
    <w:p w:rsidR="009A386F" w:rsidRPr="002C4D94" w:rsidRDefault="009A386F" w:rsidP="002C4D94">
      <w:pPr>
        <w:pStyle w:val="aa"/>
        <w:numPr>
          <w:ilvl w:val="0"/>
          <w:numId w:val="18"/>
        </w:numPr>
        <w:spacing w:after="0" w:line="240" w:lineRule="auto"/>
        <w:ind w:left="426"/>
        <w:jc w:val="both"/>
        <w:rPr>
          <w:rFonts w:ascii="맑은 고딕" w:eastAsia="맑은 고딕" w:hAnsi="맑은 고딕"/>
          <w:lang w:eastAsia="ko-KR"/>
        </w:rPr>
      </w:pPr>
      <w:r w:rsidRPr="002C4D94">
        <w:rPr>
          <w:rFonts w:ascii="맑은 고딕" w:eastAsia="맑은 고딕" w:hAnsi="맑은 고딕" w:cs="맑은 고딕" w:hint="eastAsia"/>
          <w:lang w:eastAsia="ko-KR"/>
        </w:rPr>
        <w:t>선발</w:t>
      </w:r>
      <w:r w:rsidRPr="002C4D94">
        <w:rPr>
          <w:rFonts w:ascii="맑은 고딕" w:eastAsia="맑은 고딕" w:hAnsi="맑은 고딕" w:hint="eastAsia"/>
          <w:lang w:eastAsia="ko-KR"/>
        </w:rPr>
        <w:t>:</w:t>
      </w:r>
      <w:r w:rsidRPr="002C4D94">
        <w:rPr>
          <w:rFonts w:ascii="맑은 고딕" w:eastAsia="맑은 고딕" w:hAnsi="맑은 고딕"/>
          <w:lang w:eastAsia="ko-KR"/>
        </w:rPr>
        <w:t xml:space="preserve"> </w:t>
      </w:r>
      <w:r w:rsidR="007C0835">
        <w:rPr>
          <w:rFonts w:ascii="맑은 고딕" w:eastAsia="맑은 고딕" w:hAnsi="맑은 고딕" w:hint="eastAsia"/>
          <w:lang w:eastAsia="ko-KR"/>
        </w:rPr>
        <w:t xml:space="preserve">정원 초과의 경우 </w:t>
      </w:r>
      <w:r w:rsidRPr="002C4D94">
        <w:rPr>
          <w:rFonts w:ascii="맑은 고딕" w:eastAsia="맑은 고딕" w:hAnsi="맑은 고딕" w:cs="맑은 고딕" w:hint="eastAsia"/>
          <w:lang w:eastAsia="ko-KR"/>
        </w:rPr>
        <w:t>주관기관에서</w:t>
      </w:r>
      <w:r w:rsidRPr="002C4D94">
        <w:rPr>
          <w:rFonts w:ascii="맑은 고딕" w:eastAsia="맑은 고딕" w:hAnsi="맑은 고딕" w:hint="eastAsia"/>
          <w:lang w:eastAsia="ko-KR"/>
        </w:rPr>
        <w:t xml:space="preserve"> </w:t>
      </w:r>
      <w:r w:rsidRPr="002C4D94">
        <w:rPr>
          <w:rFonts w:ascii="맑은 고딕" w:eastAsia="맑은 고딕" w:hAnsi="맑은 고딕" w:cs="맑은 고딕" w:hint="eastAsia"/>
          <w:lang w:eastAsia="ko-KR"/>
        </w:rPr>
        <w:t>심사</w:t>
      </w:r>
      <w:r w:rsidRPr="002C4D94">
        <w:rPr>
          <w:rFonts w:ascii="맑은 고딕" w:eastAsia="맑은 고딕" w:hAnsi="맑은 고딕" w:hint="eastAsia"/>
          <w:lang w:eastAsia="ko-KR"/>
        </w:rPr>
        <w:t xml:space="preserve"> </w:t>
      </w:r>
      <w:r w:rsidR="00C17325">
        <w:rPr>
          <w:rFonts w:ascii="맑은 고딕" w:eastAsia="맑은 고딕" w:hAnsi="맑은 고딕" w:cs="맑은 고딕" w:hint="eastAsia"/>
          <w:lang w:eastAsia="ko-KR"/>
        </w:rPr>
        <w:t xml:space="preserve">후 </w:t>
      </w:r>
      <w:r w:rsidRPr="002C4D94">
        <w:rPr>
          <w:rFonts w:ascii="맑은 고딕" w:eastAsia="맑은 고딕" w:hAnsi="맑은 고딕" w:cs="맑은 고딕" w:hint="eastAsia"/>
          <w:lang w:eastAsia="ko-KR"/>
        </w:rPr>
        <w:t>선</w:t>
      </w:r>
      <w:r w:rsidR="00411050">
        <w:rPr>
          <w:rFonts w:ascii="맑은 고딕" w:eastAsia="맑은 고딕" w:hAnsi="맑은 고딕" w:cs="맑은 고딕" w:hint="eastAsia"/>
          <w:lang w:eastAsia="ko-KR"/>
        </w:rPr>
        <w:t xml:space="preserve">발 여부를 </w:t>
      </w:r>
      <w:r w:rsidRPr="002C4D94">
        <w:rPr>
          <w:rFonts w:ascii="맑은 고딕" w:eastAsia="맑은 고딕" w:hAnsi="맑은 고딕" w:cs="맑은 고딕" w:hint="eastAsia"/>
          <w:lang w:eastAsia="ko-KR"/>
        </w:rPr>
        <w:t>이메일로</w:t>
      </w:r>
      <w:r w:rsidRPr="002C4D94">
        <w:rPr>
          <w:rFonts w:ascii="맑은 고딕" w:eastAsia="맑은 고딕" w:hAnsi="맑은 고딕" w:hint="eastAsia"/>
          <w:lang w:eastAsia="ko-KR"/>
        </w:rPr>
        <w:t xml:space="preserve"> </w:t>
      </w:r>
      <w:r w:rsidR="00411050">
        <w:rPr>
          <w:rFonts w:ascii="맑은 고딕" w:eastAsia="맑은 고딕" w:hAnsi="맑은 고딕" w:hint="eastAsia"/>
          <w:lang w:eastAsia="ko-KR"/>
        </w:rPr>
        <w:t>전달</w:t>
      </w:r>
    </w:p>
    <w:p w:rsidR="003303F7" w:rsidRPr="002C4D94" w:rsidRDefault="009A386F" w:rsidP="002C4D94">
      <w:pPr>
        <w:pStyle w:val="aa"/>
        <w:numPr>
          <w:ilvl w:val="0"/>
          <w:numId w:val="18"/>
        </w:numPr>
        <w:spacing w:after="0" w:line="240" w:lineRule="auto"/>
        <w:ind w:left="426"/>
        <w:jc w:val="both"/>
        <w:rPr>
          <w:rFonts w:ascii="맑은 고딕" w:eastAsia="맑은 고딕" w:hAnsi="맑은 고딕"/>
          <w:lang w:eastAsia="ko-KR"/>
        </w:rPr>
      </w:pPr>
      <w:r w:rsidRPr="002C4D94">
        <w:rPr>
          <w:rFonts w:ascii="맑은 고딕" w:eastAsia="맑은 고딕" w:hAnsi="맑은 고딕" w:cs="맑은 고딕" w:hint="eastAsia"/>
          <w:lang w:eastAsia="ko-KR"/>
        </w:rPr>
        <w:t>지원</w:t>
      </w:r>
      <w:r w:rsidRPr="002C4D94">
        <w:rPr>
          <w:rFonts w:ascii="맑은 고딕" w:eastAsia="맑은 고딕" w:hAnsi="맑은 고딕" w:hint="eastAsia"/>
          <w:lang w:eastAsia="ko-KR"/>
        </w:rPr>
        <w:t xml:space="preserve"> </w:t>
      </w:r>
      <w:r w:rsidRPr="002C4D94">
        <w:rPr>
          <w:rFonts w:ascii="맑은 고딕" w:eastAsia="맑은 고딕" w:hAnsi="맑은 고딕" w:cs="맑은 고딕" w:hint="eastAsia"/>
          <w:lang w:eastAsia="ko-KR"/>
        </w:rPr>
        <w:t>내용</w:t>
      </w:r>
      <w:r w:rsidRPr="002C4D94">
        <w:rPr>
          <w:rFonts w:ascii="맑은 고딕" w:eastAsia="맑은 고딕" w:hAnsi="맑은 고딕" w:hint="eastAsia"/>
          <w:lang w:eastAsia="ko-KR"/>
        </w:rPr>
        <w:t>:</w:t>
      </w:r>
      <w:r w:rsidRPr="002C4D94">
        <w:rPr>
          <w:rFonts w:ascii="맑은 고딕" w:eastAsia="맑은 고딕" w:hAnsi="맑은 고딕"/>
          <w:lang w:eastAsia="ko-KR"/>
        </w:rPr>
        <w:t xml:space="preserve"> </w:t>
      </w:r>
      <w:r w:rsidRPr="002C4D94">
        <w:rPr>
          <w:rFonts w:ascii="맑은 고딕" w:eastAsia="맑은 고딕" w:hAnsi="맑은 고딕" w:cs="맑은 고딕" w:hint="eastAsia"/>
          <w:lang w:eastAsia="ko-KR"/>
        </w:rPr>
        <w:t>왕복</w:t>
      </w:r>
      <w:r w:rsidRPr="002C4D94">
        <w:rPr>
          <w:rFonts w:ascii="맑은 고딕" w:eastAsia="맑은 고딕" w:hAnsi="맑은 고딕" w:hint="eastAsia"/>
          <w:lang w:eastAsia="ko-KR"/>
        </w:rPr>
        <w:t xml:space="preserve"> </w:t>
      </w:r>
      <w:r w:rsidRPr="002C4D94">
        <w:rPr>
          <w:rFonts w:ascii="맑은 고딕" w:eastAsia="맑은 고딕" w:hAnsi="맑은 고딕" w:cs="맑은 고딕" w:hint="eastAsia"/>
          <w:lang w:eastAsia="ko-KR"/>
        </w:rPr>
        <w:t>항공료</w:t>
      </w:r>
      <w:r w:rsidRPr="002C4D94">
        <w:rPr>
          <w:rFonts w:ascii="맑은 고딕" w:eastAsia="맑은 고딕" w:hAnsi="맑은 고딕" w:hint="eastAsia"/>
          <w:lang w:eastAsia="ko-KR"/>
        </w:rPr>
        <w:t>(</w:t>
      </w:r>
      <w:r w:rsidR="007C0835">
        <w:rPr>
          <w:rFonts w:ascii="맑은 고딕" w:eastAsia="맑은 고딕" w:hAnsi="맑은 고딕" w:hint="eastAsia"/>
          <w:lang w:eastAsia="ko-KR"/>
        </w:rPr>
        <w:t>한국</w:t>
      </w:r>
      <w:r w:rsidRPr="002C4D94">
        <w:rPr>
          <w:rFonts w:ascii="맑은 고딕" w:eastAsia="맑은 고딕" w:hAnsi="맑은 고딕" w:hint="eastAsia"/>
          <w:lang w:eastAsia="ko-KR"/>
        </w:rPr>
        <w:t>-</w:t>
      </w:r>
      <w:r w:rsidRPr="002C4D94">
        <w:rPr>
          <w:rFonts w:ascii="맑은 고딕" w:eastAsia="맑은 고딕" w:hAnsi="맑은 고딕" w:cs="맑은 고딕" w:hint="eastAsia"/>
          <w:lang w:eastAsia="ko-KR"/>
        </w:rPr>
        <w:t>일본</w:t>
      </w:r>
      <w:r w:rsidRPr="002C4D94">
        <w:rPr>
          <w:rFonts w:ascii="맑은 고딕" w:eastAsia="맑은 고딕" w:hAnsi="맑은 고딕" w:hint="eastAsia"/>
          <w:lang w:eastAsia="ko-KR"/>
        </w:rPr>
        <w:t xml:space="preserve"> </w:t>
      </w:r>
      <w:r w:rsidRPr="002C4D94">
        <w:rPr>
          <w:rFonts w:ascii="맑은 고딕" w:eastAsia="맑은 고딕" w:hAnsi="맑은 고딕" w:cs="맑은 고딕" w:hint="eastAsia"/>
          <w:lang w:eastAsia="ko-KR"/>
        </w:rPr>
        <w:t>도쿄</w:t>
      </w:r>
      <w:r w:rsidRPr="002C4D94">
        <w:rPr>
          <w:rFonts w:ascii="맑은 고딕" w:eastAsia="맑은 고딕" w:hAnsi="맑은 고딕" w:hint="eastAsia"/>
          <w:lang w:eastAsia="ko-KR"/>
        </w:rPr>
        <w:t>)</w:t>
      </w:r>
      <w:r w:rsidRPr="002C4D94">
        <w:rPr>
          <w:rFonts w:ascii="맑은 고딕" w:eastAsia="맑은 고딕" w:hAnsi="맑은 고딕"/>
          <w:lang w:eastAsia="ko-KR"/>
        </w:rPr>
        <w:t xml:space="preserve">, </w:t>
      </w:r>
      <w:r w:rsidRPr="002C4D94">
        <w:rPr>
          <w:rFonts w:ascii="맑은 고딕" w:eastAsia="맑은 고딕" w:hAnsi="맑은 고딕" w:cs="맑은 고딕" w:hint="eastAsia"/>
          <w:lang w:eastAsia="ko-KR"/>
        </w:rPr>
        <w:t>숙박비</w:t>
      </w:r>
      <w:r w:rsidRPr="002C4D94">
        <w:rPr>
          <w:rFonts w:ascii="맑은 고딕" w:eastAsia="맑은 고딕" w:hAnsi="맑은 고딕" w:hint="eastAsia"/>
          <w:lang w:eastAsia="ko-KR"/>
        </w:rPr>
        <w:t>(</w:t>
      </w:r>
      <w:r w:rsidRPr="002C4D94">
        <w:rPr>
          <w:rFonts w:ascii="맑은 고딕" w:eastAsia="맑은 고딕" w:hAnsi="맑은 고딕" w:cs="맑은 고딕" w:hint="eastAsia"/>
          <w:lang w:eastAsia="ko-KR"/>
        </w:rPr>
        <w:t>프로그램</w:t>
      </w:r>
      <w:r w:rsidRPr="002C4D94">
        <w:rPr>
          <w:rFonts w:ascii="맑은 고딕" w:eastAsia="맑은 고딕" w:hAnsi="맑은 고딕" w:hint="eastAsia"/>
          <w:lang w:eastAsia="ko-KR"/>
        </w:rPr>
        <w:t xml:space="preserve"> </w:t>
      </w:r>
      <w:r w:rsidRPr="002C4D94">
        <w:rPr>
          <w:rFonts w:ascii="맑은 고딕" w:eastAsia="맑은 고딕" w:hAnsi="맑은 고딕" w:cs="맑은 고딕" w:hint="eastAsia"/>
          <w:lang w:eastAsia="ko-KR"/>
        </w:rPr>
        <w:t>기간</w:t>
      </w:r>
      <w:r w:rsidRPr="002C4D94">
        <w:rPr>
          <w:rFonts w:ascii="맑은 고딕" w:eastAsia="맑은 고딕" w:hAnsi="맑은 고딕" w:hint="eastAsia"/>
          <w:lang w:eastAsia="ko-KR"/>
        </w:rPr>
        <w:t>,</w:t>
      </w:r>
      <w:r w:rsidRPr="002C4D94">
        <w:rPr>
          <w:rFonts w:ascii="맑은 고딕" w:eastAsia="맑은 고딕" w:hAnsi="맑은 고딕"/>
          <w:lang w:eastAsia="ko-KR"/>
        </w:rPr>
        <w:t xml:space="preserve"> </w:t>
      </w:r>
      <w:r w:rsidR="002C4D94" w:rsidRPr="002C4D94">
        <w:rPr>
          <w:rFonts w:ascii="맑은 고딕" w:eastAsia="맑은 고딕" w:hAnsi="맑은 고딕" w:cs="맑은 고딕" w:hint="eastAsia"/>
          <w:lang w:eastAsia="ko-KR"/>
        </w:rPr>
        <w:t>호텔</w:t>
      </w:r>
      <w:r w:rsidR="002C4D94" w:rsidRPr="002C4D94">
        <w:rPr>
          <w:rFonts w:ascii="맑은 고딕" w:eastAsia="맑은 고딕" w:hAnsi="맑은 고딕" w:hint="eastAsia"/>
          <w:lang w:eastAsia="ko-KR"/>
        </w:rPr>
        <w:t xml:space="preserve"> </w:t>
      </w:r>
      <w:r w:rsidR="002C4D94" w:rsidRPr="002C4D94">
        <w:rPr>
          <w:rFonts w:ascii="맑은 고딕" w:eastAsia="맑은 고딕" w:hAnsi="맑은 고딕"/>
          <w:lang w:eastAsia="ko-KR"/>
        </w:rPr>
        <w:t>4</w:t>
      </w:r>
      <w:r w:rsidR="002C4D94" w:rsidRPr="002C4D94">
        <w:rPr>
          <w:rFonts w:ascii="맑은 고딕" w:eastAsia="맑은 고딕" w:hAnsi="맑은 고딕" w:cs="맑은 고딕" w:hint="eastAsia"/>
          <w:lang w:eastAsia="ko-KR"/>
        </w:rPr>
        <w:t>박</w:t>
      </w:r>
      <w:r w:rsidRPr="002C4D94">
        <w:rPr>
          <w:rFonts w:ascii="맑은 고딕" w:eastAsia="맑은 고딕" w:hAnsi="맑은 고딕"/>
          <w:lang w:eastAsia="ko-KR"/>
        </w:rPr>
        <w:t xml:space="preserve">), </w:t>
      </w:r>
      <w:r w:rsidRPr="002C4D94">
        <w:rPr>
          <w:rFonts w:ascii="맑은 고딕" w:eastAsia="맑은 고딕" w:hAnsi="맑은 고딕" w:cs="맑은 고딕" w:hint="eastAsia"/>
          <w:lang w:eastAsia="ko-KR"/>
        </w:rPr>
        <w:t>현지</w:t>
      </w:r>
      <w:r w:rsidRPr="002C4D94">
        <w:rPr>
          <w:rFonts w:ascii="맑은 고딕" w:eastAsia="맑은 고딕" w:hAnsi="맑은 고딕" w:hint="eastAsia"/>
          <w:lang w:eastAsia="ko-KR"/>
        </w:rPr>
        <w:t xml:space="preserve"> </w:t>
      </w:r>
      <w:r w:rsidRPr="002C4D94">
        <w:rPr>
          <w:rFonts w:ascii="맑은 고딕" w:eastAsia="맑은 고딕" w:hAnsi="맑은 고딕" w:cs="맑은 고딕" w:hint="eastAsia"/>
          <w:lang w:eastAsia="ko-KR"/>
        </w:rPr>
        <w:t>체류비용</w:t>
      </w:r>
    </w:p>
    <w:p w:rsidR="003303F7" w:rsidRDefault="009A386F" w:rsidP="002C4D94">
      <w:pPr>
        <w:pStyle w:val="aa"/>
        <w:numPr>
          <w:ilvl w:val="0"/>
          <w:numId w:val="18"/>
        </w:numPr>
        <w:spacing w:after="0" w:line="240" w:lineRule="auto"/>
        <w:ind w:left="426"/>
        <w:jc w:val="both"/>
        <w:rPr>
          <w:rFonts w:ascii="맑은 고딕" w:eastAsia="맑은 고딕" w:hAnsi="맑은 고딕"/>
        </w:rPr>
      </w:pPr>
      <w:r w:rsidRPr="002C4D94">
        <w:rPr>
          <w:rFonts w:ascii="맑은 고딕" w:eastAsia="맑은 고딕" w:hAnsi="맑은 고딕" w:cs="맑은 고딕" w:hint="eastAsia"/>
          <w:lang w:eastAsia="ko-KR"/>
        </w:rPr>
        <w:t>주관기관</w:t>
      </w:r>
      <w:r w:rsidRPr="002C4D94">
        <w:rPr>
          <w:rFonts w:ascii="맑은 고딕" w:eastAsia="맑은 고딕" w:hAnsi="맑은 고딕"/>
          <w:lang w:eastAsia="ko-KR"/>
        </w:rPr>
        <w:t xml:space="preserve">: </w:t>
      </w:r>
      <w:r w:rsidR="00CE60F3" w:rsidRPr="002C4D94">
        <w:rPr>
          <w:rFonts w:ascii="맑은 고딕" w:eastAsia="맑은 고딕" w:hAnsi="맑은 고딕" w:cs="맑은 고딕" w:hint="eastAsia"/>
          <w:lang w:eastAsia="ko-KR"/>
        </w:rPr>
        <w:t>서울대학교</w:t>
      </w:r>
      <w:r w:rsidR="00CE60F3" w:rsidRPr="002C4D94">
        <w:rPr>
          <w:rFonts w:ascii="맑은 고딕" w:eastAsia="맑은 고딕" w:hAnsi="맑은 고딕" w:hint="eastAsia"/>
          <w:lang w:eastAsia="ko-KR"/>
        </w:rPr>
        <w:t xml:space="preserve"> </w:t>
      </w:r>
      <w:r w:rsidR="00CE60F3" w:rsidRPr="002C4D94">
        <w:rPr>
          <w:rFonts w:ascii="맑은 고딕" w:eastAsia="맑은 고딕" w:hAnsi="맑은 고딕" w:cs="맑은 고딕" w:hint="eastAsia"/>
          <w:lang w:eastAsia="ko-KR"/>
        </w:rPr>
        <w:t>사회혁신교육연구센터</w:t>
      </w:r>
      <w:r w:rsidRPr="002C4D94">
        <w:rPr>
          <w:rFonts w:ascii="맑은 고딕" w:eastAsia="맑은 고딕" w:hAnsi="맑은 고딕" w:hint="eastAsia"/>
          <w:lang w:eastAsia="ko-KR"/>
        </w:rPr>
        <w:t>(16-1</w:t>
      </w:r>
      <w:r w:rsidRPr="002C4D94">
        <w:rPr>
          <w:rFonts w:ascii="맑은 고딕" w:eastAsia="맑은 고딕" w:hAnsi="맑은 고딕" w:cs="맑은 고딕" w:hint="eastAsia"/>
          <w:lang w:eastAsia="ko-KR"/>
        </w:rPr>
        <w:t>동</w:t>
      </w:r>
      <w:r w:rsidRPr="002C4D94">
        <w:rPr>
          <w:rFonts w:ascii="맑은 고딕" w:eastAsia="맑은 고딕" w:hAnsi="맑은 고딕" w:hint="eastAsia"/>
          <w:lang w:eastAsia="ko-KR"/>
        </w:rPr>
        <w:t xml:space="preserve"> 405</w:t>
      </w:r>
      <w:r w:rsidRPr="002C4D94">
        <w:rPr>
          <w:rFonts w:ascii="맑은 고딕" w:eastAsia="맑은 고딕" w:hAnsi="맑은 고딕" w:cs="맑은 고딕" w:hint="eastAsia"/>
          <w:lang w:eastAsia="ko-KR"/>
        </w:rPr>
        <w:t>호</w:t>
      </w:r>
      <w:r w:rsidRPr="002C4D94">
        <w:rPr>
          <w:rFonts w:ascii="맑은 고딕" w:eastAsia="맑은 고딕" w:hAnsi="맑은 고딕" w:hint="eastAsia"/>
          <w:lang w:eastAsia="ko-KR"/>
        </w:rPr>
        <w:t>,</w:t>
      </w:r>
      <w:r w:rsidRPr="002C4D94">
        <w:rPr>
          <w:rFonts w:ascii="맑은 고딕" w:eastAsia="맑은 고딕" w:hAnsi="맑은 고딕"/>
          <w:lang w:eastAsia="ko-KR"/>
        </w:rPr>
        <w:t xml:space="preserve"> </w:t>
      </w:r>
      <w:r w:rsidRPr="002C4D94">
        <w:rPr>
          <w:rFonts w:ascii="맑은 고딕" w:eastAsia="맑은 고딕" w:hAnsi="맑은 고딕" w:hint="eastAsia"/>
          <w:lang w:eastAsia="ko-KR"/>
        </w:rPr>
        <w:t>02-880-6457</w:t>
      </w:r>
      <w:r w:rsidRPr="002C4D94">
        <w:rPr>
          <w:rFonts w:ascii="맑은 고딕" w:eastAsia="맑은 고딕" w:hAnsi="맑은 고딕"/>
          <w:lang w:eastAsia="ko-KR"/>
        </w:rPr>
        <w:t xml:space="preserve">. </w:t>
      </w:r>
      <w:hyperlink r:id="rId10" w:history="1">
        <w:r w:rsidR="002C4D94" w:rsidRPr="002C4D94">
          <w:rPr>
            <w:rStyle w:val="aff2"/>
            <w:rFonts w:ascii="맑은 고딕" w:eastAsia="맑은 고딕" w:hAnsi="맑은 고딕" w:hint="eastAsia"/>
          </w:rPr>
          <w:t>https://csier.snu.ac.kr</w:t>
        </w:r>
      </w:hyperlink>
      <w:r w:rsidRPr="002C4D94">
        <w:rPr>
          <w:rFonts w:ascii="맑은 고딕" w:eastAsia="맑은 고딕" w:hAnsi="맑은 고딕"/>
        </w:rPr>
        <w:t>)</w:t>
      </w:r>
    </w:p>
    <w:p w:rsidR="00FB1D06" w:rsidRPr="00FB1D06" w:rsidRDefault="00FB1D06" w:rsidP="00FB1D06">
      <w:pPr>
        <w:pStyle w:val="aa"/>
        <w:numPr>
          <w:ilvl w:val="0"/>
          <w:numId w:val="15"/>
        </w:numPr>
        <w:spacing w:after="0" w:line="240" w:lineRule="auto"/>
        <w:ind w:left="851" w:hanging="286"/>
        <w:jc w:val="both"/>
        <w:rPr>
          <w:rFonts w:ascii="맑은 고딕" w:eastAsia="맑은 고딕" w:hAnsi="맑은 고딕"/>
          <w:sz w:val="21"/>
          <w:lang w:eastAsia="ko-KR"/>
        </w:rPr>
      </w:pPr>
      <w:r w:rsidRPr="00FB1D06">
        <w:rPr>
          <w:rFonts w:ascii="맑은 고딕" w:eastAsia="맑은 고딕" w:hAnsi="맑은 고딕" w:hint="eastAsia"/>
          <w:lang w:eastAsia="ko-KR"/>
        </w:rPr>
        <w:t>문의:</w:t>
      </w:r>
      <w:r w:rsidRPr="00FB1D06">
        <w:rPr>
          <w:rFonts w:ascii="맑은 고딕" w:eastAsia="맑은 고딕" w:hAnsi="맑은 고딕"/>
          <w:lang w:eastAsia="ko-KR"/>
        </w:rPr>
        <w:t xml:space="preserve"> </w:t>
      </w:r>
      <w:r w:rsidRPr="00FB1D06">
        <w:rPr>
          <w:rFonts w:ascii="맑은 고딕" w:eastAsia="맑은 고딕" w:hAnsi="맑은 고딕" w:cs="맑은 고딕" w:hint="eastAsia"/>
          <w:sz w:val="21"/>
          <w:lang w:eastAsia="ko-KR"/>
        </w:rPr>
        <w:t>미우라</w:t>
      </w:r>
      <w:r w:rsidRPr="00FB1D06">
        <w:rPr>
          <w:rFonts w:ascii="맑은 고딕" w:eastAsia="맑은 고딕" w:hAnsi="맑은 고딕" w:hint="eastAsia"/>
          <w:sz w:val="21"/>
          <w:lang w:eastAsia="ko-KR"/>
        </w:rPr>
        <w:t xml:space="preserve"> </w:t>
      </w:r>
      <w:r w:rsidRPr="00FB1D06">
        <w:rPr>
          <w:rFonts w:ascii="맑은 고딕" w:eastAsia="맑은 고딕" w:hAnsi="맑은 고딕" w:cs="맑은 고딕" w:hint="eastAsia"/>
          <w:sz w:val="21"/>
          <w:lang w:eastAsia="ko-KR"/>
        </w:rPr>
        <w:t>히로키</w:t>
      </w:r>
      <w:r w:rsidRPr="00FB1D06">
        <w:rPr>
          <w:rFonts w:ascii="맑은 고딕" w:eastAsia="맑은 고딕" w:hAnsi="맑은 고딕"/>
          <w:sz w:val="21"/>
          <w:lang w:eastAsia="ko-KR"/>
        </w:rPr>
        <w:t>(</w:t>
      </w:r>
      <w:r w:rsidRPr="00FB1D06">
        <w:rPr>
          <w:rFonts w:ascii="맑은 고딕" w:eastAsia="맑은 고딕" w:hAnsi="맑은 고딕" w:cs="맑은 고딕" w:hint="eastAsia"/>
          <w:sz w:val="21"/>
          <w:lang w:eastAsia="ko-KR"/>
        </w:rPr>
        <w:t>센터</w:t>
      </w:r>
      <w:r w:rsidRPr="00FB1D06">
        <w:rPr>
          <w:rFonts w:ascii="맑은 고딕" w:eastAsia="맑은 고딕" w:hAnsi="맑은 고딕" w:hint="eastAsia"/>
          <w:sz w:val="21"/>
          <w:lang w:eastAsia="ko-KR"/>
        </w:rPr>
        <w:t xml:space="preserve"> </w:t>
      </w:r>
      <w:r w:rsidRPr="00FB1D06">
        <w:rPr>
          <w:rFonts w:ascii="맑은 고딕" w:eastAsia="맑은 고딕" w:hAnsi="맑은 고딕" w:cs="맑은 고딕" w:hint="eastAsia"/>
          <w:sz w:val="21"/>
          <w:lang w:eastAsia="ko-KR"/>
        </w:rPr>
        <w:t>선임연구원</w:t>
      </w:r>
      <w:r w:rsidRPr="00FB1D06">
        <w:rPr>
          <w:rFonts w:ascii="맑은 고딕" w:eastAsia="맑은 고딕" w:hAnsi="맑은 고딕"/>
          <w:sz w:val="21"/>
          <w:lang w:eastAsia="ko-KR"/>
        </w:rPr>
        <w:t xml:space="preserve">) </w:t>
      </w:r>
      <w:hyperlink r:id="rId11" w:history="1">
        <w:r w:rsidRPr="00FB1D06">
          <w:rPr>
            <w:rStyle w:val="aff2"/>
            <w:rFonts w:ascii="맑은 고딕" w:eastAsia="맑은 고딕" w:hAnsi="맑은 고딕"/>
            <w:sz w:val="21"/>
            <w:lang w:eastAsia="ko-KR"/>
          </w:rPr>
          <w:t>sugeun@msn.com</w:t>
        </w:r>
      </w:hyperlink>
      <w:r w:rsidRPr="00FB1D06">
        <w:rPr>
          <w:rStyle w:val="aff2"/>
          <w:rFonts w:ascii="맑은 고딕" w:eastAsia="맑은 고딕" w:hAnsi="맑은 고딕"/>
          <w:sz w:val="21"/>
          <w:lang w:eastAsia="ko-KR"/>
        </w:rPr>
        <w:t xml:space="preserve">, </w:t>
      </w:r>
      <w:r>
        <w:rPr>
          <w:rStyle w:val="aff2"/>
          <w:rFonts w:ascii="맑은 고딕" w:eastAsia="맑은 고딕" w:hAnsi="맑은 고딕"/>
          <w:sz w:val="21"/>
          <w:lang w:eastAsia="ko-KR"/>
        </w:rPr>
        <w:t xml:space="preserve"> </w:t>
      </w:r>
      <w:r w:rsidRPr="00FB1D06">
        <w:rPr>
          <w:rFonts w:ascii="맑은 고딕" w:eastAsia="맑은 고딕" w:hAnsi="맑은 고딕" w:cs="맑은 고딕" w:hint="eastAsia"/>
          <w:sz w:val="21"/>
          <w:lang w:eastAsia="ko-KR"/>
        </w:rPr>
        <w:t>김준석</w:t>
      </w:r>
      <w:r w:rsidRPr="00FB1D06">
        <w:rPr>
          <w:rFonts w:ascii="맑은 고딕" w:eastAsia="맑은 고딕" w:hAnsi="맑은 고딕"/>
          <w:sz w:val="21"/>
          <w:lang w:eastAsia="ko-KR"/>
        </w:rPr>
        <w:t>(</w:t>
      </w:r>
      <w:r w:rsidRPr="00FB1D06">
        <w:rPr>
          <w:rFonts w:ascii="맑은 고딕" w:eastAsia="맑은 고딕" w:hAnsi="맑은 고딕" w:cs="맑은 고딕" w:hint="eastAsia"/>
          <w:sz w:val="21"/>
          <w:lang w:eastAsia="ko-KR"/>
        </w:rPr>
        <w:t>센터</w:t>
      </w:r>
      <w:r w:rsidRPr="00FB1D06">
        <w:rPr>
          <w:rFonts w:ascii="맑은 고딕" w:eastAsia="맑은 고딕" w:hAnsi="맑은 고딕" w:hint="eastAsia"/>
          <w:sz w:val="21"/>
          <w:lang w:eastAsia="ko-KR"/>
        </w:rPr>
        <w:t xml:space="preserve"> </w:t>
      </w:r>
      <w:r w:rsidRPr="00FB1D06">
        <w:rPr>
          <w:rFonts w:ascii="맑은 고딕" w:eastAsia="맑은 고딕" w:hAnsi="맑은 고딕" w:cs="맑은 고딕" w:hint="eastAsia"/>
          <w:sz w:val="21"/>
          <w:lang w:eastAsia="ko-KR"/>
        </w:rPr>
        <w:t>조교</w:t>
      </w:r>
      <w:r w:rsidRPr="00FB1D06">
        <w:rPr>
          <w:rFonts w:ascii="맑은 고딕" w:eastAsia="맑은 고딕" w:hAnsi="맑은 고딕"/>
          <w:sz w:val="21"/>
          <w:lang w:eastAsia="ko-KR"/>
        </w:rPr>
        <w:t xml:space="preserve">) </w:t>
      </w:r>
      <w:hyperlink r:id="rId12" w:history="1">
        <w:r w:rsidRPr="00FB1D06">
          <w:rPr>
            <w:rStyle w:val="aff2"/>
            <w:rFonts w:ascii="맑은 고딕" w:eastAsia="맑은 고딕" w:hAnsi="맑은 고딕"/>
            <w:sz w:val="21"/>
            <w:lang w:eastAsia="ko-KR"/>
          </w:rPr>
          <w:t>politics_joonseok@snu.ac.kr</w:t>
        </w:r>
      </w:hyperlink>
    </w:p>
    <w:p w:rsidR="003303F7" w:rsidRDefault="003303F7" w:rsidP="002C4D94">
      <w:pPr>
        <w:pStyle w:val="aa"/>
        <w:numPr>
          <w:ilvl w:val="0"/>
          <w:numId w:val="18"/>
        </w:numPr>
        <w:spacing w:after="0" w:line="240" w:lineRule="auto"/>
        <w:ind w:left="426"/>
        <w:jc w:val="both"/>
        <w:rPr>
          <w:rFonts w:ascii="맑은 고딕" w:eastAsia="맑은 고딕" w:hAnsi="맑은 고딕"/>
          <w:lang w:eastAsia="ko-KR"/>
        </w:rPr>
      </w:pPr>
      <w:r w:rsidRPr="002C4D94">
        <w:rPr>
          <w:rFonts w:ascii="맑은 고딕" w:eastAsia="맑은 고딕" w:hAnsi="맑은 고딕" w:cs="맑은 고딕" w:hint="eastAsia"/>
          <w:lang w:eastAsia="ko-KR"/>
        </w:rPr>
        <w:t>본</w:t>
      </w:r>
      <w:r w:rsidRPr="002C4D94">
        <w:rPr>
          <w:rFonts w:ascii="맑은 고딕" w:eastAsia="맑은 고딕" w:hAnsi="맑은 고딕" w:hint="eastAsia"/>
          <w:lang w:eastAsia="ko-KR"/>
        </w:rPr>
        <w:t xml:space="preserve"> </w:t>
      </w:r>
      <w:r w:rsidRPr="002C4D94">
        <w:rPr>
          <w:rFonts w:ascii="맑은 고딕" w:eastAsia="맑은 고딕" w:hAnsi="맑은 고딕" w:cs="맑은 고딕" w:hint="eastAsia"/>
          <w:lang w:eastAsia="ko-KR"/>
        </w:rPr>
        <w:t>프로그램은</w:t>
      </w:r>
      <w:r w:rsidRPr="002C4D94">
        <w:rPr>
          <w:rFonts w:ascii="맑은 고딕" w:eastAsia="맑은 고딕" w:hAnsi="맑은 고딕" w:hint="eastAsia"/>
          <w:lang w:eastAsia="ko-KR"/>
        </w:rPr>
        <w:t xml:space="preserve"> </w:t>
      </w:r>
      <w:r w:rsidRPr="002C4D94">
        <w:rPr>
          <w:rFonts w:ascii="맑은 고딕" w:eastAsia="맑은 고딕" w:hAnsi="맑은 고딕" w:cs="맑은 고딕" w:hint="eastAsia"/>
          <w:lang w:eastAsia="ko-KR"/>
        </w:rPr>
        <w:t>서울대학교</w:t>
      </w:r>
      <w:r w:rsidRPr="002C4D94">
        <w:rPr>
          <w:rFonts w:ascii="맑은 고딕" w:eastAsia="맑은 고딕" w:hAnsi="맑은 고딕" w:hint="eastAsia"/>
          <w:lang w:eastAsia="ko-KR"/>
        </w:rPr>
        <w:t xml:space="preserve"> </w:t>
      </w:r>
      <w:r w:rsidRPr="002C4D94">
        <w:rPr>
          <w:rFonts w:ascii="맑은 고딕" w:eastAsia="맑은 고딕" w:hAnsi="맑은 고딕" w:cs="맑은 고딕" w:hint="eastAsia"/>
          <w:lang w:eastAsia="ko-KR"/>
        </w:rPr>
        <w:t>학부대학의</w:t>
      </w:r>
      <w:r w:rsidRPr="002C4D94">
        <w:rPr>
          <w:rFonts w:ascii="맑은 고딕" w:eastAsia="맑은 고딕" w:hAnsi="맑은 고딕" w:hint="eastAsia"/>
          <w:lang w:eastAsia="ko-KR"/>
        </w:rPr>
        <w:t xml:space="preserve"> </w:t>
      </w:r>
      <w:r w:rsidRPr="002C4D94">
        <w:rPr>
          <w:rFonts w:ascii="맑은 고딕" w:eastAsia="맑은 고딕" w:hAnsi="맑은 고딕"/>
          <w:lang w:eastAsia="ko-KR"/>
        </w:rPr>
        <w:t>‘</w:t>
      </w:r>
      <w:r w:rsidRPr="002C4D94">
        <w:rPr>
          <w:rFonts w:ascii="맑은 고딕" w:eastAsia="맑은 고딕" w:hAnsi="맑은 고딕" w:cs="맑은 고딕" w:hint="eastAsia"/>
          <w:lang w:eastAsia="ko-KR"/>
        </w:rPr>
        <w:t>자아</w:t>
      </w:r>
      <w:r w:rsidRPr="002C4D94">
        <w:rPr>
          <w:rFonts w:ascii="맑은 고딕" w:eastAsia="맑은 고딕" w:hAnsi="맑은 고딕" w:hint="eastAsia"/>
          <w:lang w:eastAsia="ko-KR"/>
        </w:rPr>
        <w:t>-</w:t>
      </w:r>
      <w:r w:rsidRPr="002C4D94">
        <w:rPr>
          <w:rFonts w:ascii="맑은 고딕" w:eastAsia="맑은 고딕" w:hAnsi="맑은 고딕" w:cs="맑은 고딕" w:hint="eastAsia"/>
          <w:lang w:eastAsia="ko-KR"/>
        </w:rPr>
        <w:t>진로</w:t>
      </w:r>
      <w:r w:rsidRPr="002C4D94">
        <w:rPr>
          <w:rFonts w:ascii="맑은 고딕" w:eastAsia="맑은 고딕" w:hAnsi="맑은 고딕" w:hint="eastAsia"/>
          <w:lang w:eastAsia="ko-KR"/>
        </w:rPr>
        <w:t xml:space="preserve"> </w:t>
      </w:r>
      <w:r w:rsidRPr="002C4D94">
        <w:rPr>
          <w:rFonts w:ascii="맑은 고딕" w:eastAsia="맑은 고딕" w:hAnsi="맑은 고딕" w:cs="맑은 고딕" w:hint="eastAsia"/>
          <w:lang w:eastAsia="ko-KR"/>
        </w:rPr>
        <w:t>발견</w:t>
      </w:r>
      <w:r w:rsidRPr="002C4D94">
        <w:rPr>
          <w:rFonts w:ascii="맑은 고딕" w:eastAsia="맑은 고딕" w:hAnsi="맑은 고딕" w:hint="eastAsia"/>
          <w:lang w:eastAsia="ko-KR"/>
        </w:rPr>
        <w:t xml:space="preserve"> </w:t>
      </w:r>
      <w:r w:rsidRPr="002C4D94">
        <w:rPr>
          <w:rFonts w:ascii="맑은 고딕" w:eastAsia="맑은 고딕" w:hAnsi="맑은 고딕" w:cs="맑은 고딕" w:hint="eastAsia"/>
          <w:lang w:eastAsia="ko-KR"/>
        </w:rPr>
        <w:t>현장체험</w:t>
      </w:r>
      <w:r w:rsidRPr="002C4D94">
        <w:rPr>
          <w:rFonts w:ascii="맑은 고딕" w:eastAsia="맑은 고딕" w:hAnsi="맑은 고딕"/>
          <w:lang w:eastAsia="ko-KR"/>
        </w:rPr>
        <w:t>’</w:t>
      </w:r>
      <w:r w:rsidRPr="002C4D94">
        <w:rPr>
          <w:rFonts w:ascii="맑은 고딕" w:eastAsia="맑은 고딕" w:hAnsi="맑은 고딕" w:cs="맑은 고딕" w:hint="eastAsia"/>
          <w:lang w:eastAsia="ko-KR"/>
        </w:rPr>
        <w:t>에서</w:t>
      </w:r>
      <w:r w:rsidRPr="002C4D94">
        <w:rPr>
          <w:rFonts w:ascii="맑은 고딕" w:eastAsia="맑은 고딕" w:hAnsi="맑은 고딕" w:hint="eastAsia"/>
          <w:lang w:eastAsia="ko-KR"/>
        </w:rPr>
        <w:t xml:space="preserve"> </w:t>
      </w:r>
      <w:r w:rsidRPr="002C4D94">
        <w:rPr>
          <w:rFonts w:ascii="맑은 고딕" w:eastAsia="맑은 고딕" w:hAnsi="맑은 고딕" w:cs="맑은 고딕" w:hint="eastAsia"/>
          <w:lang w:eastAsia="ko-KR"/>
        </w:rPr>
        <w:t>재정</w:t>
      </w:r>
      <w:r w:rsidRPr="002C4D94">
        <w:rPr>
          <w:rFonts w:ascii="맑은 고딕" w:eastAsia="맑은 고딕" w:hAnsi="맑은 고딕" w:hint="eastAsia"/>
          <w:lang w:eastAsia="ko-KR"/>
        </w:rPr>
        <w:t xml:space="preserve"> </w:t>
      </w:r>
      <w:r w:rsidRPr="002C4D94">
        <w:rPr>
          <w:rFonts w:ascii="맑은 고딕" w:eastAsia="맑은 고딕" w:hAnsi="맑은 고딕" w:cs="맑은 고딕" w:hint="eastAsia"/>
          <w:lang w:eastAsia="ko-KR"/>
        </w:rPr>
        <w:t>지원</w:t>
      </w:r>
      <w:r w:rsidRPr="002C4D94">
        <w:rPr>
          <w:rFonts w:ascii="맑은 고딕" w:eastAsia="맑은 고딕" w:hAnsi="맑은 고딕" w:hint="eastAsia"/>
          <w:lang w:eastAsia="ko-KR"/>
        </w:rPr>
        <w:t xml:space="preserve"> </w:t>
      </w:r>
      <w:r w:rsidRPr="002C4D94">
        <w:rPr>
          <w:rFonts w:ascii="맑은 고딕" w:eastAsia="맑은 고딕" w:hAnsi="맑은 고딕" w:cs="맑은 고딕" w:hint="eastAsia"/>
          <w:lang w:eastAsia="ko-KR"/>
        </w:rPr>
        <w:t>받은</w:t>
      </w:r>
      <w:r w:rsidRPr="002C4D94">
        <w:rPr>
          <w:rFonts w:ascii="맑은 고딕" w:eastAsia="맑은 고딕" w:hAnsi="맑은 고딕" w:hint="eastAsia"/>
          <w:lang w:eastAsia="ko-KR"/>
        </w:rPr>
        <w:t xml:space="preserve"> </w:t>
      </w:r>
      <w:r w:rsidRPr="002C4D94">
        <w:rPr>
          <w:rFonts w:ascii="맑은 고딕" w:eastAsia="맑은 고딕" w:hAnsi="맑은 고딕" w:cs="맑은 고딕" w:hint="eastAsia"/>
          <w:lang w:eastAsia="ko-KR"/>
        </w:rPr>
        <w:t>것임</w:t>
      </w:r>
      <w:r w:rsidRPr="002C4D94">
        <w:rPr>
          <w:rFonts w:ascii="맑은 고딕" w:eastAsia="맑은 고딕" w:hAnsi="맑은 고딕" w:hint="eastAsia"/>
          <w:lang w:eastAsia="ko-KR"/>
        </w:rPr>
        <w:t>.</w:t>
      </w:r>
    </w:p>
    <w:p w:rsidR="00C17325" w:rsidRPr="002C4D94" w:rsidRDefault="00C17325" w:rsidP="002C4D94">
      <w:pPr>
        <w:pStyle w:val="aa"/>
        <w:numPr>
          <w:ilvl w:val="0"/>
          <w:numId w:val="18"/>
        </w:numPr>
        <w:spacing w:after="0" w:line="240" w:lineRule="auto"/>
        <w:ind w:left="426"/>
        <w:jc w:val="both"/>
        <w:rPr>
          <w:rFonts w:ascii="맑은 고딕" w:eastAsia="맑은 고딕" w:hAnsi="맑은 고딕"/>
          <w:lang w:eastAsia="ko-KR"/>
        </w:rPr>
      </w:pPr>
      <w:r>
        <w:rPr>
          <w:rFonts w:ascii="맑은 고딕" w:eastAsia="맑은 고딕" w:hAnsi="맑은 고딕" w:hint="eastAsia"/>
          <w:lang w:eastAsia="ko-KR"/>
        </w:rPr>
        <w:t>프로그램 참가 학생</w:t>
      </w:r>
      <w:r w:rsidR="007C0835">
        <w:rPr>
          <w:rFonts w:ascii="맑은 고딕" w:eastAsia="맑은 고딕" w:hAnsi="맑은 고딕" w:hint="eastAsia"/>
          <w:lang w:eastAsia="ko-KR"/>
        </w:rPr>
        <w:t>(</w:t>
      </w:r>
      <w:r>
        <w:rPr>
          <w:rFonts w:ascii="맑은 고딕" w:eastAsia="맑은 고딕" w:hAnsi="맑은 고딕" w:hint="eastAsia"/>
          <w:lang w:eastAsia="ko-KR"/>
        </w:rPr>
        <w:t>팀</w:t>
      </w:r>
      <w:r w:rsidR="007C0835">
        <w:rPr>
          <w:rFonts w:ascii="맑은 고딕" w:eastAsia="맑은 고딕" w:hAnsi="맑은 고딕" w:hint="eastAsia"/>
          <w:lang w:eastAsia="ko-KR"/>
        </w:rPr>
        <w:t>)</w:t>
      </w:r>
      <w:r>
        <w:rPr>
          <w:rFonts w:ascii="맑은 고딕" w:eastAsia="맑은 고딕" w:hAnsi="맑은 고딕" w:hint="eastAsia"/>
          <w:lang w:eastAsia="ko-KR"/>
        </w:rPr>
        <w:t xml:space="preserve">에게는 </w:t>
      </w:r>
      <w:r>
        <w:rPr>
          <w:rFonts w:ascii="맑은 고딕" w:eastAsia="맑은 고딕" w:hAnsi="맑은 고딕"/>
          <w:lang w:eastAsia="ko-KR"/>
        </w:rPr>
        <w:t>2027</w:t>
      </w:r>
      <w:r>
        <w:rPr>
          <w:rFonts w:ascii="맑은 고딕" w:eastAsia="맑은 고딕" w:hAnsi="맑은 고딕" w:hint="eastAsia"/>
          <w:lang w:eastAsia="ko-KR"/>
        </w:rPr>
        <w:t xml:space="preserve">년 </w:t>
      </w:r>
      <w:r>
        <w:rPr>
          <w:rFonts w:ascii="맑은 고딕" w:eastAsia="맑은 고딕" w:hAnsi="맑은 고딕"/>
          <w:lang w:eastAsia="ko-KR"/>
        </w:rPr>
        <w:t>1</w:t>
      </w:r>
      <w:r>
        <w:rPr>
          <w:rFonts w:ascii="맑은 고딕" w:eastAsia="맑은 고딕" w:hAnsi="맑은 고딕" w:hint="eastAsia"/>
          <w:lang w:eastAsia="ko-KR"/>
        </w:rPr>
        <w:t>월에 센터가 주최하는 행사에서 발표 기회도 주어</w:t>
      </w:r>
      <w:r w:rsidR="00FB1D06">
        <w:rPr>
          <w:rFonts w:ascii="맑은 고딕" w:eastAsia="맑은 고딕" w:hAnsi="맑은 고딕" w:hint="eastAsia"/>
          <w:lang w:eastAsia="ko-KR"/>
        </w:rPr>
        <w:t>짐.</w:t>
      </w:r>
    </w:p>
    <w:p w:rsidR="00090181" w:rsidRPr="00C17325" w:rsidRDefault="00090181" w:rsidP="00B72531">
      <w:pPr>
        <w:spacing w:after="0" w:line="240" w:lineRule="auto"/>
        <w:rPr>
          <w:rFonts w:eastAsia="맑은 고딕"/>
          <w:lang w:eastAsia="ko-KR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7"/>
        <w:gridCol w:w="7486"/>
      </w:tblGrid>
      <w:tr w:rsidR="00507FBF" w:rsidRPr="00CE60F3" w:rsidTr="00C17325">
        <w:trPr>
          <w:trHeight w:val="395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:rsidR="00507FBF" w:rsidRPr="009A386F" w:rsidRDefault="009A386F" w:rsidP="00B72531">
            <w:pPr>
              <w:jc w:val="center"/>
              <w:rPr>
                <w:rFonts w:ascii="맑은 고딕" w:eastAsia="맑은 고딕" w:hAnsi="맑은 고딕"/>
                <w:b/>
                <w:color w:val="FFFFFF" w:themeColor="background1"/>
                <w:sz w:val="24"/>
                <w:lang w:eastAsia="ko-KR"/>
              </w:rPr>
            </w:pPr>
            <w:r w:rsidRPr="009A386F">
              <w:rPr>
                <w:rFonts w:ascii="맑은 고딕" w:eastAsia="맑은 고딕" w:hAnsi="맑은 고딕" w:hint="eastAsia"/>
                <w:b/>
                <w:color w:val="FFFFFF" w:themeColor="background1"/>
                <w:sz w:val="24"/>
                <w:lang w:eastAsia="ko-KR"/>
              </w:rPr>
              <w:t xml:space="preserve">일본 방문 </w:t>
            </w:r>
            <w:r w:rsidR="003303F7">
              <w:rPr>
                <w:rFonts w:ascii="맑은 고딕" w:eastAsia="맑은 고딕" w:hAnsi="맑은 고딕" w:hint="eastAsia"/>
                <w:b/>
                <w:color w:val="FFFFFF" w:themeColor="background1"/>
                <w:sz w:val="24"/>
                <w:lang w:eastAsia="ko-KR"/>
              </w:rPr>
              <w:t xml:space="preserve">프로그램 </w:t>
            </w:r>
            <w:r w:rsidRPr="009A386F">
              <w:rPr>
                <w:rFonts w:ascii="맑은 고딕" w:eastAsia="맑은 고딕" w:hAnsi="맑은 고딕" w:hint="eastAsia"/>
                <w:b/>
                <w:color w:val="FFFFFF" w:themeColor="background1"/>
                <w:sz w:val="24"/>
                <w:lang w:eastAsia="ko-KR"/>
              </w:rPr>
              <w:t>개요</w:t>
            </w:r>
          </w:p>
        </w:tc>
        <w:tc>
          <w:tcPr>
            <w:tcW w:w="7486" w:type="dxa"/>
            <w:tcBorders>
              <w:left w:val="single" w:sz="4" w:space="0" w:color="auto"/>
            </w:tcBorders>
            <w:tcMar>
              <w:left w:w="0" w:type="dxa"/>
              <w:right w:w="0" w:type="dxa"/>
            </w:tcMar>
          </w:tcPr>
          <w:p w:rsidR="00507FBF" w:rsidRPr="00CE60F3" w:rsidRDefault="00507FBF" w:rsidP="00B72531">
            <w:pPr>
              <w:rPr>
                <w:rFonts w:ascii="맑은 고딕" w:eastAsia="맑은 고딕" w:hAnsi="맑은 고딕"/>
                <w:lang w:eastAsia="ko-KR"/>
              </w:rPr>
            </w:pPr>
          </w:p>
        </w:tc>
      </w:tr>
    </w:tbl>
    <w:p w:rsidR="003303F7" w:rsidRDefault="003303F7" w:rsidP="003303F7">
      <w:pPr>
        <w:pStyle w:val="aa"/>
        <w:numPr>
          <w:ilvl w:val="0"/>
          <w:numId w:val="13"/>
        </w:numPr>
        <w:spacing w:after="0" w:line="240" w:lineRule="auto"/>
        <w:ind w:left="426"/>
        <w:jc w:val="both"/>
        <w:rPr>
          <w:rFonts w:eastAsia="맑은 고딕"/>
          <w:lang w:eastAsia="ko-KR"/>
        </w:rPr>
      </w:pPr>
      <w:r>
        <w:rPr>
          <w:rFonts w:ascii="맑은 고딕" w:eastAsia="맑은 고딕" w:hAnsi="맑은 고딕" w:hint="eastAsia"/>
          <w:lang w:eastAsia="ko-KR"/>
        </w:rPr>
        <w:t>기간/장소:</w:t>
      </w:r>
      <w:r>
        <w:rPr>
          <w:rFonts w:ascii="맑은 고딕" w:eastAsia="맑은 고딕" w:hAnsi="맑은 고딕"/>
          <w:lang w:eastAsia="ko-KR"/>
        </w:rPr>
        <w:t xml:space="preserve"> </w:t>
      </w:r>
      <w:r w:rsidRPr="00FB1D06">
        <w:rPr>
          <w:rFonts w:ascii="맑은 고딕" w:eastAsia="맑은 고딕" w:hAnsi="맑은 고딕"/>
          <w:b/>
          <w:lang w:eastAsia="ko-KR"/>
        </w:rPr>
        <w:t>2026</w:t>
      </w:r>
      <w:r w:rsidRPr="00FB1D06">
        <w:rPr>
          <w:rFonts w:ascii="맑은 고딕" w:eastAsia="맑은 고딕" w:hAnsi="맑은 고딕" w:hint="eastAsia"/>
          <w:b/>
          <w:lang w:eastAsia="ko-KR"/>
        </w:rPr>
        <w:t xml:space="preserve">년 </w:t>
      </w:r>
      <w:r w:rsidRPr="00FB1D06">
        <w:rPr>
          <w:rFonts w:ascii="맑은 고딕" w:eastAsia="맑은 고딕" w:hAnsi="맑은 고딕"/>
          <w:b/>
          <w:lang w:eastAsia="ko-KR"/>
        </w:rPr>
        <w:t>7</w:t>
      </w:r>
      <w:r w:rsidRPr="00FB1D06">
        <w:rPr>
          <w:rFonts w:ascii="맑은 고딕" w:eastAsia="맑은 고딕" w:hAnsi="맑은 고딕" w:hint="eastAsia"/>
          <w:b/>
          <w:lang w:eastAsia="ko-KR"/>
        </w:rPr>
        <w:t xml:space="preserve">월 </w:t>
      </w:r>
      <w:r w:rsidRPr="00FB1D06">
        <w:rPr>
          <w:rFonts w:ascii="맑은 고딕" w:eastAsia="맑은 고딕" w:hAnsi="맑은 고딕"/>
          <w:b/>
          <w:lang w:eastAsia="ko-KR"/>
        </w:rPr>
        <w:t>2</w:t>
      </w:r>
      <w:r w:rsidR="00265695" w:rsidRPr="00FB1D06">
        <w:rPr>
          <w:rFonts w:ascii="맑은 고딕" w:eastAsia="맑은 고딕" w:hAnsi="맑은 고딕"/>
          <w:b/>
          <w:lang w:eastAsia="ko-KR"/>
        </w:rPr>
        <w:t>8</w:t>
      </w:r>
      <w:r w:rsidRPr="00FB1D06">
        <w:rPr>
          <w:rFonts w:ascii="맑은 고딕" w:eastAsia="맑은 고딕" w:hAnsi="맑은 고딕" w:hint="eastAsia"/>
          <w:b/>
          <w:lang w:eastAsia="ko-KR"/>
        </w:rPr>
        <w:t>일(</w:t>
      </w:r>
      <w:r w:rsidR="00265695" w:rsidRPr="00FB1D06">
        <w:rPr>
          <w:rFonts w:ascii="맑은 고딕" w:eastAsia="맑은 고딕" w:hAnsi="맑은 고딕" w:hint="eastAsia"/>
          <w:b/>
          <w:lang w:eastAsia="ko-KR"/>
        </w:rPr>
        <w:t>화</w:t>
      </w:r>
      <w:r w:rsidRPr="00FB1D06">
        <w:rPr>
          <w:rFonts w:ascii="맑은 고딕" w:eastAsia="맑은 고딕" w:hAnsi="맑은 고딕"/>
          <w:b/>
          <w:lang w:eastAsia="ko-KR"/>
        </w:rPr>
        <w:t>) – 8</w:t>
      </w:r>
      <w:r w:rsidRPr="00FB1D06">
        <w:rPr>
          <w:rFonts w:ascii="맑은 고딕" w:eastAsia="맑은 고딕" w:hAnsi="맑은 고딕" w:hint="eastAsia"/>
          <w:b/>
          <w:lang w:eastAsia="ko-KR"/>
        </w:rPr>
        <w:t xml:space="preserve">월 </w:t>
      </w:r>
      <w:r w:rsidRPr="00FB1D06">
        <w:rPr>
          <w:rFonts w:ascii="맑은 고딕" w:eastAsia="맑은 고딕" w:hAnsi="맑은 고딕"/>
          <w:b/>
          <w:lang w:eastAsia="ko-KR"/>
        </w:rPr>
        <w:t>1</w:t>
      </w:r>
      <w:r w:rsidRPr="00FB1D06">
        <w:rPr>
          <w:rFonts w:ascii="맑은 고딕" w:eastAsia="맑은 고딕" w:hAnsi="맑은 고딕" w:hint="eastAsia"/>
          <w:b/>
          <w:lang w:eastAsia="ko-KR"/>
        </w:rPr>
        <w:t>일(토</w:t>
      </w:r>
      <w:r w:rsidRPr="00FB1D06">
        <w:rPr>
          <w:rFonts w:ascii="맑은 고딕" w:eastAsia="맑은 고딕" w:hAnsi="맑은 고딕"/>
          <w:b/>
          <w:lang w:eastAsia="ko-KR"/>
        </w:rPr>
        <w:t xml:space="preserve">), </w:t>
      </w:r>
      <w:r w:rsidR="00265695" w:rsidRPr="00FB1D06">
        <w:rPr>
          <w:rFonts w:ascii="맑은 고딕" w:eastAsia="맑은 고딕" w:hAnsi="맑은 고딕"/>
          <w:b/>
          <w:lang w:eastAsia="ko-KR"/>
        </w:rPr>
        <w:t>4</w:t>
      </w:r>
      <w:r w:rsidRPr="00FB1D06">
        <w:rPr>
          <w:rFonts w:ascii="맑은 고딕" w:eastAsia="맑은 고딕" w:hAnsi="맑은 고딕" w:hint="eastAsia"/>
          <w:b/>
          <w:lang w:eastAsia="ko-KR"/>
        </w:rPr>
        <w:t xml:space="preserve">박 </w:t>
      </w:r>
      <w:r w:rsidR="00265695" w:rsidRPr="00FB1D06">
        <w:rPr>
          <w:rFonts w:ascii="맑은 고딕" w:eastAsia="맑은 고딕" w:hAnsi="맑은 고딕"/>
          <w:b/>
          <w:lang w:eastAsia="ko-KR"/>
        </w:rPr>
        <w:t>5</w:t>
      </w:r>
      <w:r w:rsidRPr="00FB1D06">
        <w:rPr>
          <w:rFonts w:ascii="맑은 고딕" w:eastAsia="맑은 고딕" w:hAnsi="맑은 고딕" w:hint="eastAsia"/>
          <w:b/>
          <w:lang w:eastAsia="ko-KR"/>
        </w:rPr>
        <w:t>일.</w:t>
      </w:r>
      <w:r w:rsidRPr="00FB1D06">
        <w:rPr>
          <w:rFonts w:ascii="맑은 고딕" w:eastAsia="맑은 고딕" w:hAnsi="맑은 고딕"/>
          <w:b/>
          <w:lang w:eastAsia="ko-KR"/>
        </w:rPr>
        <w:t xml:space="preserve">  </w:t>
      </w:r>
      <w:r w:rsidRPr="00FB1D06">
        <w:rPr>
          <w:rFonts w:ascii="맑은 고딕" w:eastAsia="맑은 고딕" w:hAnsi="맑은 고딕" w:cs="맑은 고딕" w:hint="eastAsia"/>
          <w:b/>
          <w:lang w:eastAsia="ko-KR"/>
        </w:rPr>
        <w:t>일</w:t>
      </w:r>
      <w:r w:rsidRPr="00FB1D06">
        <w:rPr>
          <w:rFonts w:eastAsia="맑은 고딕" w:hint="eastAsia"/>
          <w:b/>
          <w:lang w:eastAsia="ko-KR"/>
        </w:rPr>
        <w:t>본</w:t>
      </w:r>
      <w:r w:rsidRPr="00FB1D06">
        <w:rPr>
          <w:rFonts w:eastAsia="맑은 고딕" w:hint="eastAsia"/>
          <w:b/>
          <w:lang w:eastAsia="ko-KR"/>
        </w:rPr>
        <w:t xml:space="preserve"> </w:t>
      </w:r>
      <w:r w:rsidRPr="00FB1D06">
        <w:rPr>
          <w:rFonts w:eastAsia="맑은 고딕" w:hint="eastAsia"/>
          <w:b/>
          <w:lang w:eastAsia="ko-KR"/>
        </w:rPr>
        <w:t>도쿄</w:t>
      </w:r>
    </w:p>
    <w:p w:rsidR="003303F7" w:rsidRPr="003303F7" w:rsidRDefault="003303F7" w:rsidP="003303F7">
      <w:pPr>
        <w:pStyle w:val="aa"/>
        <w:numPr>
          <w:ilvl w:val="0"/>
          <w:numId w:val="13"/>
        </w:numPr>
        <w:spacing w:after="0" w:line="240" w:lineRule="auto"/>
        <w:ind w:left="426"/>
        <w:jc w:val="both"/>
        <w:rPr>
          <w:rFonts w:eastAsia="맑은 고딕"/>
          <w:lang w:eastAsia="ko-KR"/>
        </w:rPr>
      </w:pPr>
      <w:r>
        <w:rPr>
          <w:rFonts w:eastAsia="맑은 고딕" w:hint="eastAsia"/>
          <w:lang w:eastAsia="ko-KR"/>
        </w:rPr>
        <w:t>기본</w:t>
      </w:r>
      <w:r>
        <w:rPr>
          <w:rFonts w:eastAsia="맑은 고딕" w:hint="eastAsia"/>
          <w:lang w:eastAsia="ko-KR"/>
        </w:rPr>
        <w:t xml:space="preserve"> </w:t>
      </w:r>
      <w:r>
        <w:rPr>
          <w:rFonts w:eastAsia="맑은 고딕" w:hint="eastAsia"/>
          <w:lang w:eastAsia="ko-KR"/>
        </w:rPr>
        <w:t>일정</w:t>
      </w:r>
      <w:r>
        <w:rPr>
          <w:rFonts w:eastAsia="맑은 고딕" w:hint="eastAsia"/>
          <w:lang w:eastAsia="ko-KR"/>
        </w:rPr>
        <w:t>(</w:t>
      </w:r>
      <w:r>
        <w:rPr>
          <w:rFonts w:eastAsia="맑은 고딕" w:hint="eastAsia"/>
          <w:lang w:eastAsia="ko-KR"/>
        </w:rPr>
        <w:t>예정</w:t>
      </w:r>
      <w:r>
        <w:rPr>
          <w:rFonts w:eastAsia="맑은 고딕"/>
          <w:lang w:eastAsia="ko-KR"/>
        </w:rPr>
        <w:t>)</w:t>
      </w:r>
      <w:r w:rsidR="002732DB">
        <w:rPr>
          <w:rFonts w:eastAsia="맑은 고딕"/>
          <w:lang w:eastAsia="ko-KR"/>
        </w:rPr>
        <w:t xml:space="preserve">    *</w:t>
      </w:r>
      <w:r w:rsidR="002732DB">
        <w:rPr>
          <w:rFonts w:eastAsia="맑은 고딕" w:hint="eastAsia"/>
          <w:lang w:eastAsia="ko-KR"/>
        </w:rPr>
        <w:t>방문</w:t>
      </w:r>
      <w:r w:rsidR="002732DB">
        <w:rPr>
          <w:rFonts w:eastAsia="맑은 고딕"/>
          <w:lang w:eastAsia="ko-KR"/>
        </w:rPr>
        <w:t xml:space="preserve"> </w:t>
      </w:r>
      <w:r w:rsidR="002732DB">
        <w:rPr>
          <w:rFonts w:eastAsia="맑은 고딕" w:hint="eastAsia"/>
          <w:lang w:eastAsia="ko-KR"/>
        </w:rPr>
        <w:t>기관</w:t>
      </w:r>
      <w:r w:rsidR="002732DB">
        <w:rPr>
          <w:rFonts w:ascii="맑은 고딕" w:eastAsia="맑은 고딕" w:hAnsi="맑은 고딕" w:hint="eastAsia"/>
          <w:lang w:eastAsia="ko-KR"/>
        </w:rPr>
        <w:t>∙</w:t>
      </w:r>
      <w:r w:rsidR="002732DB">
        <w:rPr>
          <w:rFonts w:eastAsia="맑은 고딕" w:hint="eastAsia"/>
          <w:lang w:eastAsia="ko-KR"/>
        </w:rPr>
        <w:t>전문가들과</w:t>
      </w:r>
      <w:r w:rsidR="002732DB">
        <w:rPr>
          <w:rFonts w:eastAsia="맑은 고딕" w:hint="eastAsia"/>
          <w:lang w:eastAsia="ko-KR"/>
        </w:rPr>
        <w:t xml:space="preserve"> </w:t>
      </w:r>
      <w:r w:rsidR="002732DB">
        <w:rPr>
          <w:rFonts w:eastAsia="맑은 고딕" w:hint="eastAsia"/>
          <w:lang w:eastAsia="ko-KR"/>
        </w:rPr>
        <w:t>현재</w:t>
      </w:r>
      <w:r w:rsidR="002732DB">
        <w:rPr>
          <w:rFonts w:eastAsia="맑은 고딕" w:hint="eastAsia"/>
          <w:lang w:eastAsia="ko-KR"/>
        </w:rPr>
        <w:t xml:space="preserve"> </w:t>
      </w:r>
      <w:r w:rsidR="002732DB">
        <w:rPr>
          <w:rFonts w:eastAsia="맑은 고딕" w:hint="eastAsia"/>
          <w:lang w:eastAsia="ko-KR"/>
        </w:rPr>
        <w:t>협의</w:t>
      </w:r>
      <w:r w:rsidR="002732DB">
        <w:rPr>
          <w:rFonts w:eastAsia="맑은 고딕" w:hint="eastAsia"/>
          <w:lang w:eastAsia="ko-KR"/>
        </w:rPr>
        <w:t xml:space="preserve"> </w:t>
      </w:r>
      <w:r w:rsidR="002732DB">
        <w:rPr>
          <w:rFonts w:eastAsia="맑은 고딕" w:hint="eastAsia"/>
          <w:lang w:eastAsia="ko-KR"/>
        </w:rPr>
        <w:t>중이며</w:t>
      </w:r>
      <w:r w:rsidR="002732DB">
        <w:rPr>
          <w:rFonts w:eastAsia="맑은 고딕" w:hint="eastAsia"/>
          <w:lang w:eastAsia="ko-KR"/>
        </w:rPr>
        <w:t>,</w:t>
      </w:r>
      <w:r w:rsidR="002732DB">
        <w:rPr>
          <w:rFonts w:eastAsia="맑은 고딕"/>
          <w:lang w:eastAsia="ko-KR"/>
        </w:rPr>
        <w:t xml:space="preserve"> </w:t>
      </w:r>
      <w:r w:rsidR="002732DB">
        <w:rPr>
          <w:rFonts w:eastAsia="맑은 고딕" w:hint="eastAsia"/>
          <w:lang w:eastAsia="ko-KR"/>
        </w:rPr>
        <w:t>최종</w:t>
      </w:r>
      <w:r w:rsidR="002732DB">
        <w:rPr>
          <w:rFonts w:eastAsia="맑은 고딕" w:hint="eastAsia"/>
          <w:lang w:eastAsia="ko-KR"/>
        </w:rPr>
        <w:t xml:space="preserve"> </w:t>
      </w:r>
      <w:r w:rsidR="002732DB">
        <w:rPr>
          <w:rFonts w:eastAsia="맑은 고딕" w:hint="eastAsia"/>
          <w:lang w:eastAsia="ko-KR"/>
        </w:rPr>
        <w:t>프로그램</w:t>
      </w:r>
      <w:r w:rsidR="002732DB">
        <w:rPr>
          <w:rFonts w:eastAsia="맑은 고딕" w:hint="eastAsia"/>
          <w:lang w:eastAsia="ko-KR"/>
        </w:rPr>
        <w:t xml:space="preserve"> </w:t>
      </w:r>
      <w:r w:rsidR="002732DB">
        <w:rPr>
          <w:rFonts w:eastAsia="맑은 고딕" w:hint="eastAsia"/>
          <w:lang w:eastAsia="ko-KR"/>
        </w:rPr>
        <w:t>내용은</w:t>
      </w:r>
      <w:r w:rsidR="002732DB">
        <w:rPr>
          <w:rFonts w:eastAsia="맑은 고딕" w:hint="eastAsia"/>
          <w:lang w:eastAsia="ko-KR"/>
        </w:rPr>
        <w:t xml:space="preserve"> </w:t>
      </w:r>
      <w:r w:rsidR="002732DB">
        <w:rPr>
          <w:rFonts w:eastAsia="맑은 고딕" w:hint="eastAsia"/>
          <w:lang w:eastAsia="ko-KR"/>
        </w:rPr>
        <w:t>달라질</w:t>
      </w:r>
      <w:r w:rsidR="002732DB">
        <w:rPr>
          <w:rFonts w:eastAsia="맑은 고딕" w:hint="eastAsia"/>
          <w:lang w:eastAsia="ko-KR"/>
        </w:rPr>
        <w:t xml:space="preserve"> </w:t>
      </w:r>
      <w:r w:rsidR="002732DB">
        <w:rPr>
          <w:rFonts w:eastAsia="맑은 고딕" w:hint="eastAsia"/>
          <w:lang w:eastAsia="ko-KR"/>
        </w:rPr>
        <w:t>수</w:t>
      </w:r>
      <w:r w:rsidR="002732DB">
        <w:rPr>
          <w:rFonts w:eastAsia="맑은 고딕" w:hint="eastAsia"/>
          <w:lang w:eastAsia="ko-KR"/>
        </w:rPr>
        <w:t xml:space="preserve"> </w:t>
      </w:r>
      <w:r w:rsidR="002732DB">
        <w:rPr>
          <w:rFonts w:eastAsia="맑은 고딕" w:hint="eastAsia"/>
          <w:lang w:eastAsia="ko-KR"/>
        </w:rPr>
        <w:t>있음</w:t>
      </w:r>
      <w:r w:rsidR="002732DB">
        <w:rPr>
          <w:rFonts w:eastAsia="맑은 고딕" w:hint="eastAsia"/>
          <w:lang w:eastAsia="ko-KR"/>
        </w:rPr>
        <w:t>.</w:t>
      </w:r>
    </w:p>
    <w:tbl>
      <w:tblPr>
        <w:tblStyle w:val="af9"/>
        <w:tblW w:w="0" w:type="auto"/>
        <w:tblInd w:w="26" w:type="dxa"/>
        <w:tblLook w:val="04A0" w:firstRow="1" w:lastRow="0" w:firstColumn="1" w:lastColumn="0" w:noHBand="0" w:noVBand="1"/>
      </w:tblPr>
      <w:tblGrid>
        <w:gridCol w:w="1529"/>
        <w:gridCol w:w="5528"/>
        <w:gridCol w:w="3685"/>
      </w:tblGrid>
      <w:tr w:rsidR="003303F7" w:rsidTr="00C17325">
        <w:tc>
          <w:tcPr>
            <w:tcW w:w="1529" w:type="dxa"/>
            <w:shd w:val="clear" w:color="auto" w:fill="B8CCE4" w:themeFill="accent1" w:themeFillTint="66"/>
            <w:vAlign w:val="center"/>
          </w:tcPr>
          <w:p w:rsidR="003303F7" w:rsidRPr="00C17325" w:rsidRDefault="00265695" w:rsidP="00C17325">
            <w:pPr>
              <w:jc w:val="center"/>
              <w:rPr>
                <w:rFonts w:ascii="맑은 고딕" w:eastAsia="맑은 고딕" w:hAnsi="맑은 고딕"/>
                <w:b/>
                <w:sz w:val="21"/>
                <w:szCs w:val="24"/>
                <w:lang w:eastAsia="ko-KR"/>
              </w:rPr>
            </w:pPr>
            <w:r w:rsidRPr="00C17325">
              <w:rPr>
                <w:rFonts w:ascii="맑은 고딕" w:eastAsia="맑은 고딕" w:hAnsi="맑은 고딕" w:hint="eastAsia"/>
                <w:b/>
                <w:sz w:val="21"/>
                <w:szCs w:val="24"/>
                <w:lang w:eastAsia="ko-KR"/>
              </w:rPr>
              <w:t xml:space="preserve">7월 </w:t>
            </w:r>
            <w:r w:rsidRPr="00C17325">
              <w:rPr>
                <w:rFonts w:ascii="맑은 고딕" w:eastAsia="맑은 고딕" w:hAnsi="맑은 고딕"/>
                <w:b/>
                <w:sz w:val="21"/>
                <w:szCs w:val="24"/>
                <w:lang w:eastAsia="ko-KR"/>
              </w:rPr>
              <w:t>28</w:t>
            </w:r>
            <w:r w:rsidRPr="00C17325">
              <w:rPr>
                <w:rFonts w:ascii="맑은 고딕" w:eastAsia="맑은 고딕" w:hAnsi="맑은 고딕" w:hint="eastAsia"/>
                <w:b/>
                <w:sz w:val="21"/>
                <w:szCs w:val="24"/>
                <w:lang w:eastAsia="ko-KR"/>
              </w:rPr>
              <w:t>일</w:t>
            </w:r>
          </w:p>
        </w:tc>
        <w:tc>
          <w:tcPr>
            <w:tcW w:w="5528" w:type="dxa"/>
            <w:vAlign w:val="center"/>
          </w:tcPr>
          <w:p w:rsidR="003303F7" w:rsidRPr="003303F7" w:rsidRDefault="003303F7" w:rsidP="003303F7">
            <w:pPr>
              <w:jc w:val="both"/>
              <w:rPr>
                <w:rFonts w:ascii="맑은 고딕" w:eastAsia="맑은 고딕" w:hAnsi="맑은 고딕"/>
                <w:sz w:val="21"/>
                <w:szCs w:val="24"/>
                <w:lang w:eastAsia="ko-KR"/>
              </w:rPr>
            </w:pPr>
            <w:r w:rsidRPr="003303F7">
              <w:rPr>
                <w:rFonts w:ascii="맑은 고딕" w:eastAsia="맑은 고딕" w:hAnsi="맑은 고딕" w:hint="eastAsia"/>
                <w:sz w:val="21"/>
                <w:szCs w:val="24"/>
                <w:lang w:eastAsia="ko-KR"/>
              </w:rPr>
              <w:t>이동</w:t>
            </w:r>
          </w:p>
        </w:tc>
        <w:tc>
          <w:tcPr>
            <w:tcW w:w="3685" w:type="dxa"/>
            <w:vAlign w:val="center"/>
          </w:tcPr>
          <w:p w:rsidR="003303F7" w:rsidRPr="003303F7" w:rsidRDefault="003303F7" w:rsidP="003303F7">
            <w:pPr>
              <w:jc w:val="both"/>
              <w:rPr>
                <w:rFonts w:ascii="맑은 고딕" w:eastAsia="맑은 고딕" w:hAnsi="맑은 고딕"/>
                <w:sz w:val="21"/>
                <w:szCs w:val="24"/>
                <w:lang w:eastAsia="ko-KR"/>
              </w:rPr>
            </w:pPr>
          </w:p>
        </w:tc>
      </w:tr>
      <w:tr w:rsidR="009E593F" w:rsidTr="00C17325">
        <w:tc>
          <w:tcPr>
            <w:tcW w:w="1529" w:type="dxa"/>
            <w:shd w:val="clear" w:color="auto" w:fill="B8CCE4" w:themeFill="accent1" w:themeFillTint="66"/>
            <w:vAlign w:val="center"/>
          </w:tcPr>
          <w:p w:rsidR="009E593F" w:rsidRPr="00C17325" w:rsidRDefault="00265695" w:rsidP="00C17325">
            <w:pPr>
              <w:jc w:val="center"/>
              <w:rPr>
                <w:rFonts w:ascii="맑은 고딕" w:eastAsia="맑은 고딕" w:hAnsi="맑은 고딕"/>
                <w:b/>
                <w:sz w:val="21"/>
                <w:szCs w:val="24"/>
                <w:lang w:eastAsia="ko-KR"/>
              </w:rPr>
            </w:pPr>
            <w:r w:rsidRPr="00C17325">
              <w:rPr>
                <w:rFonts w:ascii="맑은 고딕" w:eastAsia="맑은 고딕" w:hAnsi="맑은 고딕" w:hint="eastAsia"/>
                <w:b/>
                <w:sz w:val="21"/>
                <w:szCs w:val="24"/>
                <w:lang w:eastAsia="ko-KR"/>
              </w:rPr>
              <w:t xml:space="preserve">7월 </w:t>
            </w:r>
            <w:r w:rsidRPr="00C17325">
              <w:rPr>
                <w:rFonts w:ascii="맑은 고딕" w:eastAsia="맑은 고딕" w:hAnsi="맑은 고딕"/>
                <w:b/>
                <w:sz w:val="21"/>
                <w:szCs w:val="24"/>
                <w:lang w:eastAsia="ko-KR"/>
              </w:rPr>
              <w:t>29</w:t>
            </w:r>
            <w:r w:rsidRPr="00C17325">
              <w:rPr>
                <w:rFonts w:ascii="맑은 고딕" w:eastAsia="맑은 고딕" w:hAnsi="맑은 고딕" w:hint="eastAsia"/>
                <w:b/>
                <w:sz w:val="21"/>
                <w:szCs w:val="24"/>
                <w:lang w:eastAsia="ko-KR"/>
              </w:rPr>
              <w:t>일</w:t>
            </w:r>
          </w:p>
        </w:tc>
        <w:tc>
          <w:tcPr>
            <w:tcW w:w="5528" w:type="dxa"/>
            <w:vAlign w:val="center"/>
          </w:tcPr>
          <w:p w:rsidR="009E593F" w:rsidRPr="003303F7" w:rsidRDefault="009E593F" w:rsidP="003303F7">
            <w:pPr>
              <w:jc w:val="both"/>
              <w:rPr>
                <w:rFonts w:ascii="맑은 고딕" w:eastAsia="맑은 고딕" w:hAnsi="맑은 고딕"/>
                <w:sz w:val="21"/>
                <w:szCs w:val="24"/>
                <w:lang w:eastAsia="ko-KR"/>
              </w:rPr>
            </w:pPr>
            <w:r w:rsidRPr="003303F7">
              <w:rPr>
                <w:rFonts w:ascii="맑은 고딕" w:eastAsia="맑은 고딕" w:hAnsi="맑은 고딕" w:hint="eastAsia"/>
                <w:sz w:val="21"/>
                <w:szCs w:val="24"/>
                <w:lang w:eastAsia="ko-KR"/>
              </w:rPr>
              <w:t>오전:</w:t>
            </w:r>
            <w:r w:rsidRPr="003303F7">
              <w:rPr>
                <w:rFonts w:ascii="맑은 고딕" w:eastAsia="맑은 고딕" w:hAnsi="맑은 고딕"/>
                <w:sz w:val="21"/>
                <w:szCs w:val="24"/>
                <w:lang w:eastAsia="ko-KR"/>
              </w:rPr>
              <w:t xml:space="preserve"> </w:t>
            </w:r>
            <w:r w:rsidRPr="003303F7">
              <w:rPr>
                <w:rFonts w:ascii="맑은 고딕" w:eastAsia="맑은 고딕" w:hAnsi="맑은 고딕" w:hint="eastAsia"/>
                <w:sz w:val="21"/>
                <w:szCs w:val="24"/>
                <w:lang w:eastAsia="ko-KR"/>
              </w:rPr>
              <w:t>자율 활동</w:t>
            </w:r>
          </w:p>
          <w:p w:rsidR="009E593F" w:rsidRPr="003303F7" w:rsidRDefault="009E593F" w:rsidP="003303F7">
            <w:pPr>
              <w:jc w:val="both"/>
              <w:rPr>
                <w:rFonts w:ascii="맑은 고딕" w:eastAsia="맑은 고딕" w:hAnsi="맑은 고딕"/>
                <w:sz w:val="21"/>
                <w:szCs w:val="24"/>
                <w:lang w:eastAsia="ko-KR"/>
              </w:rPr>
            </w:pPr>
            <w:r w:rsidRPr="003303F7">
              <w:rPr>
                <w:rFonts w:ascii="맑은 고딕" w:eastAsia="맑은 고딕" w:hAnsi="맑은 고딕" w:hint="eastAsia"/>
                <w:sz w:val="21"/>
                <w:szCs w:val="24"/>
                <w:lang w:eastAsia="ko-KR"/>
              </w:rPr>
              <w:t>오후:</w:t>
            </w:r>
            <w:r w:rsidRPr="003303F7">
              <w:rPr>
                <w:rFonts w:ascii="맑은 고딕" w:eastAsia="맑은 고딕" w:hAnsi="맑은 고딕"/>
                <w:sz w:val="21"/>
                <w:szCs w:val="24"/>
                <w:lang w:eastAsia="ko-KR"/>
              </w:rPr>
              <w:t xml:space="preserve"> </w:t>
            </w:r>
            <w:r w:rsidRPr="003303F7">
              <w:rPr>
                <w:rFonts w:ascii="맑은 고딕" w:eastAsia="맑은 고딕" w:hAnsi="맑은 고딕" w:hint="eastAsia"/>
                <w:sz w:val="21"/>
                <w:szCs w:val="24"/>
                <w:lang w:eastAsia="ko-KR"/>
              </w:rPr>
              <w:t>M</w:t>
            </w:r>
            <w:r w:rsidRPr="003303F7">
              <w:rPr>
                <w:rFonts w:ascii="맑은 고딕" w:eastAsia="맑은 고딕" w:hAnsi="맑은 고딕"/>
                <w:sz w:val="21"/>
                <w:szCs w:val="24"/>
                <w:lang w:eastAsia="ko-KR"/>
              </w:rPr>
              <w:t xml:space="preserve">etagov </w:t>
            </w:r>
            <w:r w:rsidRPr="003303F7">
              <w:rPr>
                <w:rFonts w:ascii="맑은 고딕" w:eastAsia="맑은 고딕" w:hAnsi="맑은 고딕" w:hint="eastAsia"/>
                <w:sz w:val="21"/>
                <w:szCs w:val="24"/>
                <w:lang w:eastAsia="ko-KR"/>
              </w:rPr>
              <w:t>C</w:t>
            </w:r>
            <w:r w:rsidRPr="003303F7">
              <w:rPr>
                <w:rFonts w:ascii="맑은 고딕" w:eastAsia="맑은 고딕" w:hAnsi="맑은 고딕"/>
                <w:sz w:val="21"/>
                <w:szCs w:val="24"/>
                <w:lang w:eastAsia="ko-KR"/>
              </w:rPr>
              <w:t xml:space="preserve">onference </w:t>
            </w:r>
            <w:r w:rsidRPr="003303F7">
              <w:rPr>
                <w:rFonts w:ascii="맑은 고딕" w:eastAsia="맑은 고딕" w:hAnsi="맑은 고딕" w:hint="eastAsia"/>
                <w:sz w:val="21"/>
                <w:szCs w:val="24"/>
                <w:lang w:eastAsia="ko-KR"/>
              </w:rPr>
              <w:t>참석 및 전문가 멘</w:t>
            </w:r>
            <w:r>
              <w:rPr>
                <w:rFonts w:ascii="맑은 고딕" w:eastAsia="맑은 고딕" w:hAnsi="맑은 고딕" w:hint="eastAsia"/>
                <w:sz w:val="21"/>
                <w:szCs w:val="24"/>
                <w:lang w:eastAsia="ko-KR"/>
              </w:rPr>
              <w:t>토</w:t>
            </w:r>
            <w:r w:rsidRPr="003303F7">
              <w:rPr>
                <w:rFonts w:ascii="맑은 고딕" w:eastAsia="맑은 고딕" w:hAnsi="맑은 고딕" w:hint="eastAsia"/>
                <w:sz w:val="21"/>
                <w:szCs w:val="24"/>
                <w:lang w:eastAsia="ko-KR"/>
              </w:rPr>
              <w:t>링</w:t>
            </w:r>
            <w:r w:rsidRPr="003303F7">
              <w:rPr>
                <w:rFonts w:ascii="맑은 고딕" w:eastAsia="맑은 고딕" w:hAnsi="맑은 고딕"/>
                <w:sz w:val="21"/>
                <w:szCs w:val="24"/>
                <w:lang w:eastAsia="ko-KR"/>
              </w:rPr>
              <w:t xml:space="preserve"> </w:t>
            </w:r>
          </w:p>
        </w:tc>
        <w:tc>
          <w:tcPr>
            <w:tcW w:w="3685" w:type="dxa"/>
            <w:vMerge w:val="restart"/>
            <w:vAlign w:val="center"/>
          </w:tcPr>
          <w:p w:rsidR="009E593F" w:rsidRDefault="009E593F" w:rsidP="003303F7">
            <w:pPr>
              <w:jc w:val="both"/>
              <w:rPr>
                <w:rFonts w:ascii="맑은 고딕" w:eastAsia="맑은 고딕" w:hAnsi="맑은 고딕"/>
                <w:sz w:val="21"/>
                <w:szCs w:val="24"/>
                <w:lang w:eastAsia="ko-KR"/>
              </w:rPr>
            </w:pPr>
            <w:r>
              <w:rPr>
                <w:rFonts w:ascii="맑은 고딕" w:eastAsia="맑은 고딕" w:hAnsi="맑은 고딕" w:hint="eastAsia"/>
                <w:sz w:val="21"/>
                <w:szCs w:val="24"/>
                <w:lang w:eastAsia="ko-KR"/>
              </w:rPr>
              <w:t>*</w:t>
            </w:r>
            <w:r>
              <w:rPr>
                <w:rFonts w:ascii="맑은 고딕" w:eastAsia="맑은 고딕" w:hAnsi="맑은 고딕"/>
                <w:sz w:val="21"/>
                <w:szCs w:val="24"/>
                <w:lang w:eastAsia="ko-KR"/>
              </w:rPr>
              <w:t>AI</w:t>
            </w:r>
            <w:r>
              <w:rPr>
                <w:rFonts w:ascii="맑은 고딕" w:eastAsia="맑은 고딕" w:hAnsi="맑은 고딕" w:hint="eastAsia"/>
                <w:sz w:val="21"/>
                <w:szCs w:val="24"/>
                <w:lang w:eastAsia="ko-KR"/>
              </w:rPr>
              <w:t>와 사회문제 해결</w:t>
            </w:r>
            <w:r w:rsidR="007C0835">
              <w:rPr>
                <w:rFonts w:ascii="맑은 고딕" w:eastAsia="맑은 고딕" w:hAnsi="맑은 고딕" w:hint="eastAsia"/>
                <w:sz w:val="21"/>
                <w:szCs w:val="24"/>
                <w:lang w:eastAsia="ko-KR"/>
              </w:rPr>
              <w:t xml:space="preserve"> 분야</w:t>
            </w:r>
            <w:r>
              <w:rPr>
                <w:rFonts w:ascii="맑은 고딕" w:eastAsia="맑은 고딕" w:hAnsi="맑은 고딕" w:hint="eastAsia"/>
                <w:sz w:val="21"/>
                <w:szCs w:val="24"/>
                <w:lang w:eastAsia="ko-KR"/>
              </w:rPr>
              <w:t xml:space="preserve"> 전문가</w:t>
            </w:r>
            <w:r w:rsidR="007C0835">
              <w:rPr>
                <w:rFonts w:ascii="맑은 고딕" w:eastAsia="맑은 고딕" w:hAnsi="맑은 고딕" w:hint="eastAsia"/>
                <w:sz w:val="21"/>
                <w:szCs w:val="24"/>
                <w:lang w:eastAsia="ko-KR"/>
              </w:rPr>
              <w:t xml:space="preserve">와의 </w:t>
            </w:r>
            <w:r>
              <w:rPr>
                <w:rFonts w:ascii="맑은 고딕" w:eastAsia="맑은 고딕" w:hAnsi="맑은 고딕" w:hint="eastAsia"/>
                <w:sz w:val="21"/>
                <w:szCs w:val="24"/>
                <w:lang w:eastAsia="ko-KR"/>
              </w:rPr>
              <w:t>멘토링</w:t>
            </w:r>
            <w:r w:rsidR="00C17325">
              <w:rPr>
                <w:rFonts w:ascii="맑은 고딕" w:eastAsia="맑은 고딕" w:hAnsi="맑은 고딕" w:hint="eastAsia"/>
                <w:sz w:val="21"/>
                <w:szCs w:val="24"/>
                <w:lang w:eastAsia="ko-KR"/>
              </w:rPr>
              <w:t xml:space="preserve"> 및 네트워킹</w:t>
            </w:r>
          </w:p>
          <w:p w:rsidR="009E593F" w:rsidRDefault="009E593F" w:rsidP="003303F7">
            <w:pPr>
              <w:jc w:val="both"/>
              <w:rPr>
                <w:rFonts w:ascii="맑은 고딕" w:eastAsia="맑은 고딕" w:hAnsi="맑은 고딕"/>
                <w:sz w:val="21"/>
                <w:szCs w:val="24"/>
                <w:lang w:eastAsia="ko-KR"/>
              </w:rPr>
            </w:pPr>
            <w:r>
              <w:rPr>
                <w:rFonts w:ascii="맑은 고딕" w:eastAsia="맑은 고딕" w:hAnsi="맑은 고딕" w:hint="eastAsia"/>
                <w:sz w:val="21"/>
                <w:szCs w:val="24"/>
                <w:lang w:eastAsia="ko-KR"/>
              </w:rPr>
              <w:t>*활동 발표(희망자</w:t>
            </w:r>
            <w:r>
              <w:rPr>
                <w:rFonts w:ascii="맑은 고딕" w:eastAsia="맑은 고딕" w:hAnsi="맑은 고딕"/>
                <w:sz w:val="21"/>
                <w:szCs w:val="24"/>
                <w:lang w:eastAsia="ko-KR"/>
              </w:rPr>
              <w:t>)</w:t>
            </w:r>
          </w:p>
          <w:p w:rsidR="009E593F" w:rsidRPr="008028B4" w:rsidRDefault="009E593F" w:rsidP="003303F7">
            <w:pPr>
              <w:jc w:val="both"/>
              <w:rPr>
                <w:rFonts w:ascii="맑은 고딕" w:eastAsia="맑은 고딕" w:hAnsi="맑은 고딕"/>
                <w:b/>
                <w:sz w:val="21"/>
                <w:szCs w:val="24"/>
                <w:lang w:eastAsia="ko-KR"/>
              </w:rPr>
            </w:pPr>
            <w:r w:rsidRPr="008028B4">
              <w:rPr>
                <w:rFonts w:ascii="맑은 고딕" w:eastAsia="맑은 고딕" w:hAnsi="맑은 고딕" w:hint="eastAsia"/>
                <w:b/>
                <w:sz w:val="21"/>
                <w:szCs w:val="24"/>
                <w:lang w:eastAsia="ko-KR"/>
              </w:rPr>
              <w:t>*</w:t>
            </w:r>
            <w:r w:rsidR="00090181" w:rsidRPr="008028B4">
              <w:rPr>
                <w:rFonts w:ascii="맑은 고딕" w:eastAsia="맑은 고딕" w:hAnsi="맑은 고딕" w:hint="eastAsia"/>
                <w:b/>
                <w:sz w:val="21"/>
                <w:szCs w:val="24"/>
                <w:lang w:eastAsia="ko-KR"/>
              </w:rPr>
              <w:t xml:space="preserve">모두 </w:t>
            </w:r>
            <w:r w:rsidRPr="008028B4">
              <w:rPr>
                <w:rFonts w:ascii="맑은 고딕" w:eastAsia="맑은 고딕" w:hAnsi="맑은 고딕" w:hint="eastAsia"/>
                <w:b/>
                <w:sz w:val="21"/>
                <w:szCs w:val="24"/>
                <w:lang w:eastAsia="ko-KR"/>
              </w:rPr>
              <w:t>영어로 수행</w:t>
            </w:r>
            <w:r w:rsidR="00090181" w:rsidRPr="008028B4">
              <w:rPr>
                <w:rFonts w:ascii="맑은 고딕" w:eastAsia="맑은 고딕" w:hAnsi="맑은 고딕" w:hint="eastAsia"/>
                <w:b/>
                <w:sz w:val="21"/>
                <w:szCs w:val="24"/>
                <w:lang w:eastAsia="ko-KR"/>
              </w:rPr>
              <w:t xml:space="preserve"> 예정</w:t>
            </w:r>
          </w:p>
        </w:tc>
      </w:tr>
      <w:tr w:rsidR="00265695" w:rsidTr="00C17325">
        <w:tc>
          <w:tcPr>
            <w:tcW w:w="1529" w:type="dxa"/>
            <w:shd w:val="clear" w:color="auto" w:fill="B8CCE4" w:themeFill="accent1" w:themeFillTint="66"/>
            <w:vAlign w:val="center"/>
          </w:tcPr>
          <w:p w:rsidR="00265695" w:rsidRPr="00C17325" w:rsidRDefault="00265695" w:rsidP="00C17325">
            <w:pPr>
              <w:jc w:val="center"/>
              <w:rPr>
                <w:rFonts w:ascii="맑은 고딕" w:eastAsia="맑은 고딕" w:hAnsi="맑은 고딕"/>
                <w:b/>
                <w:sz w:val="21"/>
                <w:szCs w:val="24"/>
                <w:lang w:eastAsia="ko-KR"/>
              </w:rPr>
            </w:pPr>
            <w:r w:rsidRPr="00C17325">
              <w:rPr>
                <w:rFonts w:ascii="맑은 고딕" w:eastAsia="맑은 고딕" w:hAnsi="맑은 고딕" w:hint="eastAsia"/>
                <w:b/>
                <w:sz w:val="21"/>
                <w:szCs w:val="24"/>
                <w:lang w:eastAsia="ko-KR"/>
              </w:rPr>
              <w:t xml:space="preserve">7월 </w:t>
            </w:r>
            <w:r w:rsidRPr="00C17325">
              <w:rPr>
                <w:rFonts w:ascii="맑은 고딕" w:eastAsia="맑은 고딕" w:hAnsi="맑은 고딕"/>
                <w:b/>
                <w:sz w:val="21"/>
                <w:szCs w:val="24"/>
                <w:lang w:eastAsia="ko-KR"/>
              </w:rPr>
              <w:t>30</w:t>
            </w:r>
            <w:r w:rsidRPr="00C17325">
              <w:rPr>
                <w:rFonts w:ascii="맑은 고딕" w:eastAsia="맑은 고딕" w:hAnsi="맑은 고딕" w:hint="eastAsia"/>
                <w:b/>
                <w:sz w:val="21"/>
                <w:szCs w:val="24"/>
                <w:lang w:eastAsia="ko-KR"/>
              </w:rPr>
              <w:t>일</w:t>
            </w:r>
          </w:p>
        </w:tc>
        <w:tc>
          <w:tcPr>
            <w:tcW w:w="5528" w:type="dxa"/>
            <w:vAlign w:val="center"/>
          </w:tcPr>
          <w:p w:rsidR="00265695" w:rsidRPr="003303F7" w:rsidRDefault="00265695" w:rsidP="003303F7">
            <w:pPr>
              <w:jc w:val="both"/>
              <w:rPr>
                <w:rFonts w:ascii="맑은 고딕" w:eastAsia="맑은 고딕" w:hAnsi="맑은 고딕"/>
                <w:sz w:val="21"/>
                <w:szCs w:val="24"/>
                <w:lang w:eastAsia="ko-KR"/>
              </w:rPr>
            </w:pPr>
            <w:r>
              <w:rPr>
                <w:rFonts w:ascii="맑은 고딕" w:eastAsia="맑은 고딕" w:hAnsi="맑은 고딕" w:hint="eastAsia"/>
                <w:sz w:val="21"/>
                <w:szCs w:val="24"/>
                <w:lang w:eastAsia="ko-KR"/>
              </w:rPr>
              <w:t>자율 활동</w:t>
            </w:r>
          </w:p>
        </w:tc>
        <w:tc>
          <w:tcPr>
            <w:tcW w:w="3685" w:type="dxa"/>
            <w:vMerge/>
            <w:vAlign w:val="center"/>
          </w:tcPr>
          <w:p w:rsidR="00265695" w:rsidRDefault="00265695" w:rsidP="003303F7">
            <w:pPr>
              <w:jc w:val="both"/>
              <w:rPr>
                <w:rFonts w:ascii="맑은 고딕" w:eastAsia="맑은 고딕" w:hAnsi="맑은 고딕"/>
                <w:sz w:val="21"/>
                <w:szCs w:val="24"/>
                <w:lang w:eastAsia="ko-KR"/>
              </w:rPr>
            </w:pPr>
          </w:p>
        </w:tc>
      </w:tr>
      <w:tr w:rsidR="009E593F" w:rsidTr="00C17325">
        <w:tc>
          <w:tcPr>
            <w:tcW w:w="1529" w:type="dxa"/>
            <w:shd w:val="clear" w:color="auto" w:fill="B8CCE4" w:themeFill="accent1" w:themeFillTint="66"/>
            <w:vAlign w:val="center"/>
          </w:tcPr>
          <w:p w:rsidR="009E593F" w:rsidRPr="00C17325" w:rsidRDefault="009E593F" w:rsidP="00C17325">
            <w:pPr>
              <w:jc w:val="center"/>
              <w:rPr>
                <w:rFonts w:ascii="맑은 고딕" w:eastAsia="맑은 고딕" w:hAnsi="맑은 고딕"/>
                <w:b/>
                <w:sz w:val="21"/>
                <w:szCs w:val="24"/>
                <w:lang w:eastAsia="ko-KR"/>
              </w:rPr>
            </w:pPr>
            <w:r w:rsidRPr="00C17325">
              <w:rPr>
                <w:rFonts w:ascii="맑은 고딕" w:eastAsia="맑은 고딕" w:hAnsi="맑은 고딕" w:hint="eastAsia"/>
                <w:b/>
                <w:sz w:val="21"/>
                <w:szCs w:val="24"/>
                <w:lang w:eastAsia="ko-KR"/>
              </w:rPr>
              <w:t xml:space="preserve">7월 </w:t>
            </w:r>
            <w:r w:rsidRPr="00C17325">
              <w:rPr>
                <w:rFonts w:ascii="맑은 고딕" w:eastAsia="맑은 고딕" w:hAnsi="맑은 고딕"/>
                <w:b/>
                <w:sz w:val="21"/>
                <w:szCs w:val="24"/>
                <w:lang w:eastAsia="ko-KR"/>
              </w:rPr>
              <w:t>31</w:t>
            </w:r>
            <w:r w:rsidRPr="00C17325">
              <w:rPr>
                <w:rFonts w:ascii="맑은 고딕" w:eastAsia="맑은 고딕" w:hAnsi="맑은 고딕" w:hint="eastAsia"/>
                <w:b/>
                <w:sz w:val="21"/>
                <w:szCs w:val="24"/>
                <w:lang w:eastAsia="ko-KR"/>
              </w:rPr>
              <w:t>일</w:t>
            </w:r>
          </w:p>
        </w:tc>
        <w:tc>
          <w:tcPr>
            <w:tcW w:w="5528" w:type="dxa"/>
            <w:vAlign w:val="center"/>
          </w:tcPr>
          <w:p w:rsidR="009E593F" w:rsidRPr="003303F7" w:rsidRDefault="009E593F" w:rsidP="003303F7">
            <w:pPr>
              <w:jc w:val="both"/>
              <w:rPr>
                <w:rFonts w:ascii="맑은 고딕" w:eastAsia="맑은 고딕" w:hAnsi="맑은 고딕"/>
                <w:sz w:val="21"/>
                <w:szCs w:val="24"/>
                <w:lang w:eastAsia="ko-KR"/>
              </w:rPr>
            </w:pPr>
            <w:r w:rsidRPr="003303F7">
              <w:rPr>
                <w:rFonts w:ascii="맑은 고딕" w:eastAsia="맑은 고딕" w:hAnsi="맑은 고딕" w:hint="eastAsia"/>
                <w:sz w:val="21"/>
                <w:szCs w:val="24"/>
                <w:lang w:eastAsia="ko-KR"/>
              </w:rPr>
              <w:t>오</w:t>
            </w:r>
            <w:r w:rsidR="00265695">
              <w:rPr>
                <w:rFonts w:ascii="맑은 고딕" w:eastAsia="맑은 고딕" w:hAnsi="맑은 고딕" w:hint="eastAsia"/>
                <w:sz w:val="21"/>
                <w:szCs w:val="24"/>
                <w:lang w:eastAsia="ko-KR"/>
              </w:rPr>
              <w:t>전/오후</w:t>
            </w:r>
            <w:r w:rsidRPr="003303F7">
              <w:rPr>
                <w:rFonts w:ascii="맑은 고딕" w:eastAsia="맑은 고딕" w:hAnsi="맑은 고딕" w:hint="eastAsia"/>
                <w:sz w:val="21"/>
                <w:szCs w:val="24"/>
                <w:lang w:eastAsia="ko-KR"/>
              </w:rPr>
              <w:t>:</w:t>
            </w:r>
            <w:r w:rsidRPr="003303F7">
              <w:rPr>
                <w:rFonts w:ascii="맑은 고딕" w:eastAsia="맑은 고딕" w:hAnsi="맑은 고딕"/>
                <w:sz w:val="21"/>
                <w:szCs w:val="24"/>
                <w:lang w:eastAsia="ko-KR"/>
              </w:rPr>
              <w:t xml:space="preserve"> </w:t>
            </w:r>
            <w:r w:rsidR="00265695" w:rsidRPr="003303F7">
              <w:rPr>
                <w:rFonts w:ascii="맑은 고딕" w:eastAsia="맑은 고딕" w:hAnsi="맑은 고딕" w:hint="eastAsia"/>
                <w:sz w:val="21"/>
                <w:szCs w:val="24"/>
                <w:lang w:eastAsia="ko-KR"/>
              </w:rPr>
              <w:t>D</w:t>
            </w:r>
            <w:r w:rsidR="00265695" w:rsidRPr="003303F7">
              <w:rPr>
                <w:rFonts w:ascii="맑은 고딕" w:eastAsia="맑은 고딕" w:hAnsi="맑은 고딕"/>
                <w:sz w:val="21"/>
                <w:szCs w:val="24"/>
                <w:lang w:eastAsia="ko-KR"/>
              </w:rPr>
              <w:t>igital Democ</w:t>
            </w:r>
            <w:r w:rsidR="00C17325">
              <w:rPr>
                <w:rFonts w:ascii="맑은 고딕" w:eastAsia="맑은 고딕" w:hAnsi="맑은 고딕"/>
                <w:sz w:val="21"/>
                <w:szCs w:val="24"/>
                <w:lang w:eastAsia="ko-KR"/>
              </w:rPr>
              <w:t>r</w:t>
            </w:r>
            <w:r w:rsidR="00265695" w:rsidRPr="003303F7">
              <w:rPr>
                <w:rFonts w:ascii="맑은 고딕" w:eastAsia="맑은 고딕" w:hAnsi="맑은 고딕"/>
                <w:sz w:val="21"/>
                <w:szCs w:val="24"/>
                <w:lang w:eastAsia="ko-KR"/>
              </w:rPr>
              <w:t xml:space="preserve">acy 2030 </w:t>
            </w:r>
            <w:r w:rsidR="00265695" w:rsidRPr="003303F7">
              <w:rPr>
                <w:rFonts w:ascii="맑은 고딕" w:eastAsia="맑은 고딕" w:hAnsi="맑은 고딕" w:hint="eastAsia"/>
                <w:sz w:val="21"/>
                <w:szCs w:val="24"/>
                <w:lang w:eastAsia="ko-KR"/>
              </w:rPr>
              <w:t>전문가 멘</w:t>
            </w:r>
            <w:r w:rsidR="00265695">
              <w:rPr>
                <w:rFonts w:ascii="맑은 고딕" w:eastAsia="맑은 고딕" w:hAnsi="맑은 고딕" w:hint="eastAsia"/>
                <w:sz w:val="21"/>
                <w:szCs w:val="24"/>
                <w:lang w:eastAsia="ko-KR"/>
              </w:rPr>
              <w:t>토</w:t>
            </w:r>
            <w:r w:rsidR="00265695" w:rsidRPr="003303F7">
              <w:rPr>
                <w:rFonts w:ascii="맑은 고딕" w:eastAsia="맑은 고딕" w:hAnsi="맑은 고딕" w:hint="eastAsia"/>
                <w:sz w:val="21"/>
                <w:szCs w:val="24"/>
                <w:lang w:eastAsia="ko-KR"/>
              </w:rPr>
              <w:t>링</w:t>
            </w:r>
          </w:p>
        </w:tc>
        <w:tc>
          <w:tcPr>
            <w:tcW w:w="3685" w:type="dxa"/>
            <w:vMerge/>
            <w:vAlign w:val="center"/>
          </w:tcPr>
          <w:p w:rsidR="009E593F" w:rsidRPr="003303F7" w:rsidRDefault="009E593F" w:rsidP="003303F7">
            <w:pPr>
              <w:jc w:val="both"/>
              <w:rPr>
                <w:rFonts w:ascii="맑은 고딕" w:eastAsia="맑은 고딕" w:hAnsi="맑은 고딕"/>
                <w:sz w:val="21"/>
                <w:szCs w:val="24"/>
                <w:lang w:eastAsia="ko-KR"/>
              </w:rPr>
            </w:pPr>
          </w:p>
        </w:tc>
      </w:tr>
      <w:tr w:rsidR="003303F7" w:rsidTr="00C17325">
        <w:tc>
          <w:tcPr>
            <w:tcW w:w="1529" w:type="dxa"/>
            <w:shd w:val="clear" w:color="auto" w:fill="B8CCE4" w:themeFill="accent1" w:themeFillTint="66"/>
            <w:vAlign w:val="center"/>
          </w:tcPr>
          <w:p w:rsidR="003303F7" w:rsidRPr="00C17325" w:rsidRDefault="003303F7" w:rsidP="00C17325">
            <w:pPr>
              <w:jc w:val="center"/>
              <w:rPr>
                <w:rFonts w:ascii="맑은 고딕" w:eastAsia="맑은 고딕" w:hAnsi="맑은 고딕"/>
                <w:b/>
                <w:sz w:val="21"/>
                <w:szCs w:val="24"/>
                <w:lang w:eastAsia="ko-KR"/>
              </w:rPr>
            </w:pPr>
            <w:r w:rsidRPr="00C17325">
              <w:rPr>
                <w:rFonts w:ascii="맑은 고딕" w:eastAsia="맑은 고딕" w:hAnsi="맑은 고딕" w:hint="eastAsia"/>
                <w:b/>
                <w:sz w:val="21"/>
                <w:szCs w:val="24"/>
                <w:lang w:eastAsia="ko-KR"/>
              </w:rPr>
              <w:t xml:space="preserve">8월 </w:t>
            </w:r>
            <w:r w:rsidRPr="00C17325">
              <w:rPr>
                <w:rFonts w:ascii="맑은 고딕" w:eastAsia="맑은 고딕" w:hAnsi="맑은 고딕"/>
                <w:b/>
                <w:sz w:val="21"/>
                <w:szCs w:val="24"/>
                <w:lang w:eastAsia="ko-KR"/>
              </w:rPr>
              <w:t>1</w:t>
            </w:r>
            <w:r w:rsidRPr="00C17325">
              <w:rPr>
                <w:rFonts w:ascii="맑은 고딕" w:eastAsia="맑은 고딕" w:hAnsi="맑은 고딕" w:hint="eastAsia"/>
                <w:b/>
                <w:sz w:val="21"/>
                <w:szCs w:val="24"/>
                <w:lang w:eastAsia="ko-KR"/>
              </w:rPr>
              <w:t>일</w:t>
            </w:r>
          </w:p>
        </w:tc>
        <w:tc>
          <w:tcPr>
            <w:tcW w:w="5528" w:type="dxa"/>
            <w:vAlign w:val="center"/>
          </w:tcPr>
          <w:p w:rsidR="003303F7" w:rsidRPr="003303F7" w:rsidRDefault="003303F7" w:rsidP="003303F7">
            <w:pPr>
              <w:jc w:val="both"/>
              <w:rPr>
                <w:rFonts w:ascii="맑은 고딕" w:eastAsia="맑은 고딕" w:hAnsi="맑은 고딕"/>
                <w:sz w:val="21"/>
                <w:szCs w:val="24"/>
                <w:lang w:eastAsia="ko-KR"/>
              </w:rPr>
            </w:pPr>
            <w:r w:rsidRPr="003303F7">
              <w:rPr>
                <w:rFonts w:ascii="맑은 고딕" w:eastAsia="맑은 고딕" w:hAnsi="맑은 고딕" w:hint="eastAsia"/>
                <w:sz w:val="21"/>
                <w:szCs w:val="24"/>
                <w:lang w:eastAsia="ko-KR"/>
              </w:rPr>
              <w:t>이동</w:t>
            </w:r>
          </w:p>
        </w:tc>
        <w:tc>
          <w:tcPr>
            <w:tcW w:w="3685" w:type="dxa"/>
            <w:vAlign w:val="center"/>
          </w:tcPr>
          <w:p w:rsidR="003303F7" w:rsidRPr="003303F7" w:rsidRDefault="003303F7" w:rsidP="003303F7">
            <w:pPr>
              <w:jc w:val="both"/>
              <w:rPr>
                <w:rFonts w:ascii="맑은 고딕" w:eastAsia="맑은 고딕" w:hAnsi="맑은 고딕"/>
                <w:sz w:val="21"/>
                <w:szCs w:val="24"/>
                <w:lang w:eastAsia="ko-KR"/>
              </w:rPr>
            </w:pPr>
          </w:p>
        </w:tc>
      </w:tr>
    </w:tbl>
    <w:p w:rsidR="003303F7" w:rsidRPr="00C17325" w:rsidRDefault="009E593F" w:rsidP="009E593F">
      <w:pPr>
        <w:spacing w:after="0" w:line="240" w:lineRule="auto"/>
        <w:ind w:left="26"/>
        <w:jc w:val="both"/>
        <w:rPr>
          <w:rFonts w:ascii="맑은 고딕" w:eastAsia="맑은 고딕" w:hAnsi="맑은 고딕"/>
          <w:sz w:val="20"/>
          <w:szCs w:val="20"/>
          <w:lang w:eastAsia="ko-KR"/>
        </w:rPr>
      </w:pPr>
      <w:r w:rsidRPr="00C17325">
        <w:rPr>
          <w:rFonts w:ascii="맑은 고딕" w:eastAsia="맑은 고딕" w:hAnsi="맑은 고딕" w:hint="eastAsia"/>
          <w:sz w:val="20"/>
          <w:szCs w:val="20"/>
          <w:lang w:eastAsia="ko-KR"/>
        </w:rPr>
        <w:t>*</w:t>
      </w:r>
      <w:r w:rsidRPr="00C17325">
        <w:rPr>
          <w:rFonts w:ascii="맑은 고딕" w:eastAsia="맑은 고딕" w:hAnsi="맑은 고딕"/>
          <w:sz w:val="20"/>
          <w:szCs w:val="20"/>
          <w:lang w:eastAsia="ko-KR"/>
        </w:rPr>
        <w:t>M</w:t>
      </w:r>
      <w:r w:rsidR="00C17325">
        <w:rPr>
          <w:rFonts w:ascii="맑은 고딕" w:eastAsia="맑은 고딕" w:hAnsi="맑은 고딕"/>
          <w:sz w:val="20"/>
          <w:szCs w:val="20"/>
          <w:lang w:eastAsia="ko-KR"/>
        </w:rPr>
        <w:t>e</w:t>
      </w:r>
      <w:r w:rsidRPr="00C17325">
        <w:rPr>
          <w:rFonts w:ascii="맑은 고딕" w:eastAsia="맑은 고딕" w:hAnsi="맑은 고딕"/>
          <w:sz w:val="20"/>
          <w:szCs w:val="20"/>
          <w:lang w:eastAsia="ko-KR"/>
        </w:rPr>
        <w:t>tagov</w:t>
      </w:r>
      <w:r w:rsidR="00265695" w:rsidRPr="00C17325">
        <w:rPr>
          <w:rFonts w:ascii="맑은 고딕" w:eastAsia="맑은 고딕" w:hAnsi="맑은 고딕"/>
          <w:sz w:val="20"/>
          <w:szCs w:val="20"/>
          <w:lang w:eastAsia="ko-KR"/>
        </w:rPr>
        <w:t>(</w:t>
      </w:r>
      <w:hyperlink r:id="rId13" w:history="1">
        <w:r w:rsidR="00265695" w:rsidRPr="00C17325">
          <w:rPr>
            <w:rStyle w:val="aff2"/>
            <w:rFonts w:ascii="맑은 고딕" w:eastAsia="맑은 고딕" w:hAnsi="맑은 고딕"/>
            <w:sz w:val="20"/>
            <w:szCs w:val="20"/>
            <w:lang w:eastAsia="ko-KR"/>
          </w:rPr>
          <w:t>https://metagov.org</w:t>
        </w:r>
      </w:hyperlink>
      <w:r w:rsidR="00265695" w:rsidRPr="00C17325">
        <w:rPr>
          <w:rFonts w:ascii="맑은 고딕" w:eastAsia="맑은 고딕" w:hAnsi="맑은 고딕"/>
          <w:sz w:val="20"/>
          <w:szCs w:val="20"/>
          <w:lang w:eastAsia="ko-KR"/>
        </w:rPr>
        <w:t>)</w:t>
      </w:r>
      <w:r w:rsidRPr="00C17325">
        <w:rPr>
          <w:rFonts w:ascii="맑은 고딕" w:eastAsia="맑은 고딕" w:hAnsi="맑은 고딕" w:hint="eastAsia"/>
          <w:sz w:val="20"/>
          <w:szCs w:val="20"/>
          <w:lang w:eastAsia="ko-KR"/>
        </w:rPr>
        <w:t>는 A</w:t>
      </w:r>
      <w:r w:rsidRPr="00C17325">
        <w:rPr>
          <w:rFonts w:ascii="맑은 고딕" w:eastAsia="맑은 고딕" w:hAnsi="맑은 고딕"/>
          <w:sz w:val="20"/>
          <w:szCs w:val="20"/>
          <w:lang w:eastAsia="ko-KR"/>
        </w:rPr>
        <w:t>I</w:t>
      </w:r>
      <w:r w:rsidRPr="00C17325">
        <w:rPr>
          <w:rFonts w:ascii="맑은 고딕" w:eastAsia="맑은 고딕" w:hAnsi="맑은 고딕" w:hint="eastAsia"/>
          <w:sz w:val="20"/>
          <w:szCs w:val="20"/>
          <w:lang w:eastAsia="ko-KR"/>
        </w:rPr>
        <w:t xml:space="preserve">와 공공정책의 혁신에 관한 </w:t>
      </w:r>
      <w:r w:rsidR="00265695" w:rsidRPr="00C17325">
        <w:rPr>
          <w:rFonts w:ascii="맑은 고딕" w:eastAsia="맑은 고딕" w:hAnsi="맑은 고딕" w:hint="eastAsia"/>
          <w:sz w:val="20"/>
          <w:szCs w:val="20"/>
          <w:lang w:eastAsia="ko-KR"/>
        </w:rPr>
        <w:t xml:space="preserve">세계적인 </w:t>
      </w:r>
      <w:r w:rsidRPr="00C17325">
        <w:rPr>
          <w:rFonts w:ascii="맑은 고딕" w:eastAsia="맑은 고딕" w:hAnsi="맑은 고딕" w:hint="eastAsia"/>
          <w:sz w:val="20"/>
          <w:szCs w:val="20"/>
          <w:lang w:eastAsia="ko-KR"/>
        </w:rPr>
        <w:t>전문가 네트워크임.</w:t>
      </w:r>
      <w:r w:rsidRPr="00C17325">
        <w:rPr>
          <w:rFonts w:ascii="맑은 고딕" w:eastAsia="맑은 고딕" w:hAnsi="맑은 고딕"/>
          <w:sz w:val="20"/>
          <w:szCs w:val="20"/>
          <w:lang w:eastAsia="ko-KR"/>
        </w:rPr>
        <w:t xml:space="preserve"> DD2030</w:t>
      </w:r>
      <w:r w:rsidR="00265695" w:rsidRPr="00C17325">
        <w:rPr>
          <w:rFonts w:ascii="맑은 고딕" w:eastAsia="맑은 고딕" w:hAnsi="맑은 고딕"/>
          <w:sz w:val="20"/>
          <w:szCs w:val="20"/>
          <w:lang w:eastAsia="ko-KR"/>
        </w:rPr>
        <w:t>(</w:t>
      </w:r>
      <w:hyperlink r:id="rId14" w:history="1">
        <w:r w:rsidR="00265695" w:rsidRPr="00C17325">
          <w:rPr>
            <w:rStyle w:val="aff2"/>
            <w:rFonts w:ascii="맑은 고딕" w:eastAsia="맑은 고딕" w:hAnsi="맑은 고딕"/>
            <w:sz w:val="20"/>
            <w:szCs w:val="20"/>
            <w:lang w:eastAsia="ko-KR"/>
          </w:rPr>
          <w:t>https://dd2030.org</w:t>
        </w:r>
      </w:hyperlink>
      <w:r w:rsidR="00265695" w:rsidRPr="00C17325">
        <w:rPr>
          <w:rFonts w:ascii="맑은 고딕" w:eastAsia="맑은 고딕" w:hAnsi="맑은 고딕"/>
          <w:sz w:val="20"/>
          <w:szCs w:val="20"/>
          <w:lang w:eastAsia="ko-KR"/>
        </w:rPr>
        <w:t>)</w:t>
      </w:r>
      <w:r w:rsidRPr="00C17325">
        <w:rPr>
          <w:rFonts w:ascii="맑은 고딕" w:eastAsia="맑은 고딕" w:hAnsi="맑은 고딕"/>
          <w:sz w:val="20"/>
          <w:szCs w:val="20"/>
          <w:lang w:eastAsia="ko-KR"/>
        </w:rPr>
        <w:t>은 AI</w:t>
      </w:r>
      <w:r w:rsidRPr="00C17325">
        <w:rPr>
          <w:rFonts w:ascii="맑은 고딕" w:eastAsia="맑은 고딕" w:hAnsi="맑은 고딕" w:hint="eastAsia"/>
          <w:sz w:val="20"/>
          <w:szCs w:val="20"/>
          <w:lang w:eastAsia="ko-KR"/>
        </w:rPr>
        <w:t>를 활용한 민주주의를 추진</w:t>
      </w:r>
      <w:r w:rsidR="007C0835">
        <w:rPr>
          <w:rFonts w:ascii="맑은 고딕" w:eastAsia="맑은 고딕" w:hAnsi="맑은 고딕" w:hint="eastAsia"/>
          <w:sz w:val="20"/>
          <w:szCs w:val="20"/>
          <w:lang w:eastAsia="ko-KR"/>
        </w:rPr>
        <w:t xml:space="preserve">하는 </w:t>
      </w:r>
      <w:r w:rsidRPr="00C17325">
        <w:rPr>
          <w:rFonts w:ascii="맑은 고딕" w:eastAsia="맑은 고딕" w:hAnsi="맑은 고딕" w:hint="eastAsia"/>
          <w:sz w:val="20"/>
          <w:szCs w:val="20"/>
          <w:lang w:eastAsia="ko-KR"/>
        </w:rPr>
        <w:t>일본의 전문가 네트워크 단체임.</w:t>
      </w:r>
    </w:p>
    <w:p w:rsidR="009E593F" w:rsidRPr="00FB1D06" w:rsidRDefault="009E593F" w:rsidP="003303F7">
      <w:pPr>
        <w:spacing w:after="0" w:line="240" w:lineRule="auto"/>
        <w:ind w:left="26"/>
        <w:jc w:val="both"/>
        <w:rPr>
          <w:rFonts w:ascii="맑은 고딕" w:eastAsia="맑은 고딕" w:hAnsi="맑은 고딕"/>
          <w:sz w:val="20"/>
          <w:szCs w:val="20"/>
          <w:lang w:eastAsia="ko-KR"/>
        </w:rPr>
      </w:pPr>
      <w:r w:rsidRPr="00FB1D06">
        <w:rPr>
          <w:rFonts w:ascii="맑은 고딕" w:eastAsia="맑은 고딕" w:hAnsi="맑은 고딕" w:hint="eastAsia"/>
          <w:sz w:val="20"/>
          <w:szCs w:val="20"/>
          <w:lang w:eastAsia="ko-KR"/>
        </w:rPr>
        <w:t xml:space="preserve">*이동 일정은 개인 사유에 따라 </w:t>
      </w:r>
      <w:r w:rsidR="00265695" w:rsidRPr="00FB1D06">
        <w:rPr>
          <w:rFonts w:ascii="맑은 고딕" w:eastAsia="맑은 고딕" w:hAnsi="맑은 고딕" w:hint="eastAsia"/>
          <w:sz w:val="20"/>
          <w:szCs w:val="20"/>
          <w:lang w:eastAsia="ko-KR"/>
        </w:rPr>
        <w:t>융통성 있게 협의할 수 있</w:t>
      </w:r>
      <w:r w:rsidR="00FB1D06" w:rsidRPr="00FB1D06">
        <w:rPr>
          <w:rFonts w:ascii="맑은 고딕" w:eastAsia="맑은 고딕" w:hAnsi="맑은 고딕" w:hint="eastAsia"/>
          <w:sz w:val="20"/>
          <w:szCs w:val="20"/>
          <w:lang w:eastAsia="ko-KR"/>
        </w:rPr>
        <w:t>음</w:t>
      </w:r>
      <w:r w:rsidR="00265695" w:rsidRPr="00FB1D06">
        <w:rPr>
          <w:rFonts w:ascii="맑은 고딕" w:eastAsia="맑은 고딕" w:hAnsi="맑은 고딕" w:hint="eastAsia"/>
          <w:sz w:val="20"/>
          <w:szCs w:val="20"/>
          <w:lang w:eastAsia="ko-KR"/>
        </w:rPr>
        <w:t>.</w:t>
      </w:r>
    </w:p>
    <w:p w:rsidR="009E593F" w:rsidRPr="00FB1D06" w:rsidRDefault="00FB1D06" w:rsidP="003303F7">
      <w:pPr>
        <w:spacing w:after="0" w:line="240" w:lineRule="auto"/>
        <w:ind w:left="26"/>
        <w:jc w:val="both"/>
        <w:rPr>
          <w:rFonts w:ascii="맑은 고딕" w:eastAsia="맑은 고딕" w:hAnsi="맑은 고딕"/>
          <w:sz w:val="20"/>
          <w:szCs w:val="20"/>
          <w:lang w:eastAsia="ko-KR"/>
        </w:rPr>
      </w:pPr>
      <w:r w:rsidRPr="00FB1D06">
        <w:rPr>
          <w:rFonts w:ascii="맑은 고딕" w:eastAsia="맑은 고딕" w:hAnsi="맑은 고딕" w:hint="eastAsia"/>
          <w:sz w:val="20"/>
          <w:szCs w:val="20"/>
          <w:lang w:eastAsia="ko-KR"/>
        </w:rPr>
        <w:t>*참여자</w:t>
      </w:r>
      <w:r w:rsidR="007C0835">
        <w:rPr>
          <w:rFonts w:ascii="맑은 고딕" w:eastAsia="맑은 고딕" w:hAnsi="맑은 고딕" w:hint="eastAsia"/>
          <w:sz w:val="20"/>
          <w:szCs w:val="20"/>
          <w:lang w:eastAsia="ko-KR"/>
        </w:rPr>
        <w:t>(</w:t>
      </w:r>
      <w:r w:rsidRPr="00FB1D06">
        <w:rPr>
          <w:rFonts w:ascii="맑은 고딕" w:eastAsia="맑은 고딕" w:hAnsi="맑은 고딕" w:hint="eastAsia"/>
          <w:sz w:val="20"/>
          <w:szCs w:val="20"/>
          <w:lang w:eastAsia="ko-KR"/>
        </w:rPr>
        <w:t>팀</w:t>
      </w:r>
      <w:r w:rsidR="007C0835">
        <w:rPr>
          <w:rFonts w:ascii="맑은 고딕" w:eastAsia="맑은 고딕" w:hAnsi="맑은 고딕" w:hint="eastAsia"/>
          <w:sz w:val="20"/>
          <w:szCs w:val="20"/>
          <w:lang w:eastAsia="ko-KR"/>
        </w:rPr>
        <w:t>)</w:t>
      </w:r>
      <w:r w:rsidRPr="00FB1D06">
        <w:rPr>
          <w:rFonts w:ascii="맑은 고딕" w:eastAsia="맑은 고딕" w:hAnsi="맑은 고딕" w:hint="eastAsia"/>
          <w:sz w:val="20"/>
          <w:szCs w:val="20"/>
          <w:lang w:eastAsia="ko-KR"/>
        </w:rPr>
        <w:t>의 희망에 따라 기타 방문 내용</w:t>
      </w:r>
      <w:r>
        <w:rPr>
          <w:rFonts w:ascii="맑은 고딕" w:eastAsia="맑은 고딕" w:hAnsi="맑은 고딕" w:hint="eastAsia"/>
          <w:sz w:val="20"/>
          <w:szCs w:val="20"/>
          <w:lang w:eastAsia="ko-KR"/>
        </w:rPr>
        <w:t xml:space="preserve">의 </w:t>
      </w:r>
      <w:r w:rsidRPr="00FB1D06">
        <w:rPr>
          <w:rFonts w:ascii="맑은 고딕" w:eastAsia="맑은 고딕" w:hAnsi="맑은 고딕" w:hint="eastAsia"/>
          <w:sz w:val="20"/>
          <w:szCs w:val="20"/>
          <w:lang w:eastAsia="ko-KR"/>
        </w:rPr>
        <w:t>추가</w:t>
      </w:r>
      <w:r>
        <w:rPr>
          <w:rFonts w:ascii="맑은 고딕" w:eastAsia="맑은 고딕" w:hAnsi="맑은 고딕" w:hint="eastAsia"/>
          <w:sz w:val="20"/>
          <w:szCs w:val="20"/>
          <w:lang w:eastAsia="ko-KR"/>
        </w:rPr>
        <w:t xml:space="preserve">도 </w:t>
      </w:r>
      <w:r w:rsidRPr="00FB1D06">
        <w:rPr>
          <w:rFonts w:ascii="맑은 고딕" w:eastAsia="맑은 고딕" w:hAnsi="맑은 고딕" w:hint="eastAsia"/>
          <w:sz w:val="20"/>
          <w:szCs w:val="20"/>
          <w:lang w:eastAsia="ko-KR"/>
        </w:rPr>
        <w:t>협의 가능함.</w:t>
      </w:r>
    </w:p>
    <w:p w:rsidR="009E593F" w:rsidRPr="00FB1D06" w:rsidRDefault="009E593F" w:rsidP="003303F7">
      <w:pPr>
        <w:spacing w:after="0" w:line="240" w:lineRule="auto"/>
        <w:ind w:left="26"/>
        <w:jc w:val="both"/>
        <w:rPr>
          <w:rFonts w:ascii="맑은 고딕" w:eastAsia="맑은 고딕" w:hAnsi="맑은 고딕"/>
          <w:szCs w:val="24"/>
          <w:lang w:eastAsia="ko-KR"/>
        </w:rPr>
      </w:pPr>
    </w:p>
    <w:p w:rsidR="003303F7" w:rsidRDefault="009E593F" w:rsidP="008F5D2A">
      <w:pPr>
        <w:spacing w:after="0" w:line="240" w:lineRule="auto"/>
        <w:ind w:left="26"/>
        <w:jc w:val="center"/>
        <w:rPr>
          <w:rFonts w:ascii="맑은 고딕" w:eastAsia="맑은 고딕" w:hAnsi="맑은 고딕"/>
          <w:b/>
          <w:sz w:val="40"/>
          <w:szCs w:val="24"/>
          <w:lang w:eastAsia="ko-KR"/>
        </w:rPr>
      </w:pPr>
      <w:r w:rsidRPr="008F5D2A">
        <w:rPr>
          <w:rFonts w:ascii="맑은 고딕" w:eastAsia="맑은 고딕" w:hAnsi="맑은 고딕" w:hint="eastAsia"/>
          <w:b/>
          <w:sz w:val="40"/>
          <w:szCs w:val="24"/>
          <w:lang w:eastAsia="ko-KR"/>
        </w:rPr>
        <w:t>신청서</w:t>
      </w:r>
    </w:p>
    <w:p w:rsidR="008F5D2A" w:rsidRPr="008F5D2A" w:rsidRDefault="008F5D2A" w:rsidP="008F5D2A">
      <w:pPr>
        <w:spacing w:after="0" w:line="240" w:lineRule="auto"/>
        <w:ind w:left="26"/>
        <w:jc w:val="center"/>
        <w:rPr>
          <w:rFonts w:ascii="맑은 고딕" w:eastAsia="맑은 고딕" w:hAnsi="맑은 고딕"/>
          <w:b/>
          <w:sz w:val="24"/>
          <w:szCs w:val="24"/>
          <w:lang w:eastAsia="ko-KR"/>
        </w:rPr>
      </w:pPr>
    </w:p>
    <w:p w:rsidR="0059295B" w:rsidRPr="008F5D2A" w:rsidRDefault="008F5D2A" w:rsidP="008F5D2A">
      <w:pPr>
        <w:pStyle w:val="aa"/>
        <w:numPr>
          <w:ilvl w:val="0"/>
          <w:numId w:val="19"/>
        </w:numPr>
        <w:spacing w:after="0" w:line="240" w:lineRule="auto"/>
        <w:ind w:left="426"/>
        <w:jc w:val="both"/>
        <w:rPr>
          <w:rFonts w:ascii="맑은 고딕" w:eastAsia="맑은 고딕" w:hAnsi="맑은 고딕"/>
          <w:b/>
          <w:szCs w:val="24"/>
          <w:lang w:eastAsia="ko-KR"/>
        </w:rPr>
      </w:pPr>
      <w:r w:rsidRPr="008F5D2A">
        <w:rPr>
          <w:rFonts w:ascii="맑은 고딕" w:eastAsia="맑은 고딕" w:hAnsi="맑은 고딕" w:cs="맑은 고딕" w:hint="eastAsia"/>
          <w:b/>
          <w:szCs w:val="24"/>
          <w:lang w:eastAsia="ko-KR"/>
        </w:rPr>
        <w:t>신</w:t>
      </w:r>
      <w:r w:rsidRPr="008F5D2A">
        <w:rPr>
          <w:rFonts w:ascii="맑은 고딕" w:eastAsia="맑은 고딕" w:hAnsi="맑은 고딕" w:hint="eastAsia"/>
          <w:b/>
          <w:szCs w:val="24"/>
          <w:lang w:eastAsia="ko-KR"/>
        </w:rPr>
        <w:t>청자 기존 정보</w:t>
      </w:r>
    </w:p>
    <w:tbl>
      <w:tblPr>
        <w:tblStyle w:val="af9"/>
        <w:tblW w:w="10808" w:type="dxa"/>
        <w:tblInd w:w="26" w:type="dxa"/>
        <w:tblLook w:val="04A0" w:firstRow="1" w:lastRow="0" w:firstColumn="1" w:lastColumn="0" w:noHBand="0" w:noVBand="1"/>
      </w:tblPr>
      <w:tblGrid>
        <w:gridCol w:w="2674"/>
        <w:gridCol w:w="3700"/>
        <w:gridCol w:w="1281"/>
        <w:gridCol w:w="3153"/>
      </w:tblGrid>
      <w:tr w:rsidR="0059295B" w:rsidRPr="008F5D2A" w:rsidTr="008F5D2A">
        <w:trPr>
          <w:trHeight w:val="545"/>
        </w:trPr>
        <w:tc>
          <w:tcPr>
            <w:tcW w:w="2674" w:type="dxa"/>
            <w:shd w:val="clear" w:color="auto" w:fill="4F81BD" w:themeFill="accent1"/>
            <w:vAlign w:val="center"/>
          </w:tcPr>
          <w:p w:rsidR="0059295B" w:rsidRPr="008F5D2A" w:rsidRDefault="0059295B" w:rsidP="008F5D2A">
            <w:pPr>
              <w:jc w:val="both"/>
              <w:rPr>
                <w:rFonts w:ascii="맑은 고딕" w:eastAsia="맑은 고딕" w:hAnsi="맑은 고딕"/>
                <w:b/>
                <w:color w:val="FFFFFF" w:themeColor="background1"/>
                <w:szCs w:val="24"/>
                <w:lang w:eastAsia="ko-KR"/>
              </w:rPr>
            </w:pPr>
            <w:r w:rsidRPr="008F5D2A">
              <w:rPr>
                <w:rFonts w:ascii="맑은 고딕" w:eastAsia="맑은 고딕" w:hAnsi="맑은 고딕" w:hint="eastAsia"/>
                <w:b/>
                <w:color w:val="FFFFFF" w:themeColor="background1"/>
                <w:szCs w:val="24"/>
                <w:lang w:eastAsia="ko-KR"/>
              </w:rPr>
              <w:t>국문 이름</w:t>
            </w:r>
          </w:p>
        </w:tc>
        <w:tc>
          <w:tcPr>
            <w:tcW w:w="3700" w:type="dxa"/>
            <w:vAlign w:val="center"/>
          </w:tcPr>
          <w:p w:rsidR="0059295B" w:rsidRPr="008F5D2A" w:rsidRDefault="0059295B" w:rsidP="008F5D2A">
            <w:pPr>
              <w:jc w:val="both"/>
              <w:rPr>
                <w:rFonts w:ascii="맑은 고딕" w:eastAsia="맑은 고딕" w:hAnsi="맑은 고딕"/>
                <w:b/>
                <w:szCs w:val="24"/>
                <w:lang w:eastAsia="ko-KR"/>
              </w:rPr>
            </w:pPr>
          </w:p>
        </w:tc>
        <w:tc>
          <w:tcPr>
            <w:tcW w:w="1281" w:type="dxa"/>
            <w:shd w:val="clear" w:color="auto" w:fill="4F81BD" w:themeFill="accent1"/>
            <w:vAlign w:val="center"/>
          </w:tcPr>
          <w:p w:rsidR="0059295B" w:rsidRPr="008F5D2A" w:rsidRDefault="0059295B" w:rsidP="008F5D2A">
            <w:pPr>
              <w:jc w:val="center"/>
              <w:rPr>
                <w:rFonts w:ascii="맑은 고딕" w:eastAsia="맑은 고딕" w:hAnsi="맑은 고딕"/>
                <w:b/>
                <w:color w:val="FFFFFF" w:themeColor="background1"/>
                <w:szCs w:val="24"/>
                <w:lang w:eastAsia="ko-KR"/>
              </w:rPr>
            </w:pPr>
            <w:r w:rsidRPr="008F5D2A">
              <w:rPr>
                <w:rFonts w:ascii="맑은 고딕" w:eastAsia="맑은 고딕" w:hAnsi="맑은 고딕" w:hint="eastAsia"/>
                <w:b/>
                <w:color w:val="FFFFFF" w:themeColor="background1"/>
                <w:szCs w:val="24"/>
                <w:lang w:eastAsia="ko-KR"/>
              </w:rPr>
              <w:t>성별</w:t>
            </w:r>
          </w:p>
        </w:tc>
        <w:tc>
          <w:tcPr>
            <w:tcW w:w="3153" w:type="dxa"/>
            <w:vAlign w:val="center"/>
          </w:tcPr>
          <w:p w:rsidR="0059295B" w:rsidRPr="008F5D2A" w:rsidRDefault="0059295B" w:rsidP="008F5D2A">
            <w:pPr>
              <w:ind w:firstLineChars="400" w:firstLine="880"/>
              <w:jc w:val="both"/>
              <w:rPr>
                <w:rFonts w:ascii="맑은 고딕" w:eastAsia="맑은 고딕" w:hAnsi="맑은 고딕"/>
                <w:b/>
                <w:szCs w:val="24"/>
                <w:lang w:eastAsia="ko-KR"/>
              </w:rPr>
            </w:pPr>
            <w:r w:rsidRPr="008F5D2A">
              <w:rPr>
                <w:rFonts w:ascii="맑은 고딕" w:eastAsia="맑은 고딕" w:hAnsi="맑은 고딕" w:hint="eastAsia"/>
                <w:b/>
                <w:szCs w:val="24"/>
                <w:lang w:eastAsia="ko-KR"/>
              </w:rPr>
              <w:t xml:space="preserve">남 </w:t>
            </w:r>
            <w:r w:rsidRPr="008F5D2A">
              <w:rPr>
                <w:rFonts w:ascii="맑은 고딕" w:eastAsia="맑은 고딕" w:hAnsi="맑은 고딕"/>
                <w:b/>
                <w:szCs w:val="24"/>
                <w:lang w:eastAsia="ko-KR"/>
              </w:rPr>
              <w:t xml:space="preserve">       </w:t>
            </w:r>
            <w:r w:rsidRPr="008F5D2A">
              <w:rPr>
                <w:rFonts w:ascii="맑은 고딕" w:eastAsia="맑은 고딕" w:hAnsi="맑은 고딕" w:hint="eastAsia"/>
                <w:b/>
                <w:szCs w:val="24"/>
                <w:lang w:eastAsia="ko-KR"/>
              </w:rPr>
              <w:t>여</w:t>
            </w:r>
          </w:p>
        </w:tc>
      </w:tr>
      <w:tr w:rsidR="008028B4" w:rsidRPr="008F5D2A" w:rsidTr="008F5D2A">
        <w:trPr>
          <w:trHeight w:val="545"/>
        </w:trPr>
        <w:tc>
          <w:tcPr>
            <w:tcW w:w="2674" w:type="dxa"/>
            <w:shd w:val="clear" w:color="auto" w:fill="4F81BD" w:themeFill="accent1"/>
            <w:vAlign w:val="center"/>
          </w:tcPr>
          <w:p w:rsidR="008028B4" w:rsidRPr="008F5D2A" w:rsidRDefault="008028B4" w:rsidP="008F5D2A">
            <w:pPr>
              <w:jc w:val="both"/>
              <w:rPr>
                <w:rFonts w:ascii="맑은 고딕" w:eastAsia="맑은 고딕" w:hAnsi="맑은 고딕"/>
                <w:b/>
                <w:color w:val="FFFFFF" w:themeColor="background1"/>
                <w:szCs w:val="24"/>
                <w:lang w:eastAsia="ko-KR"/>
              </w:rPr>
            </w:pPr>
            <w:r w:rsidRPr="008F5D2A">
              <w:rPr>
                <w:rFonts w:ascii="맑은 고딕" w:eastAsia="맑은 고딕" w:hAnsi="맑은 고딕" w:hint="eastAsia"/>
                <w:b/>
                <w:color w:val="FFFFFF" w:themeColor="background1"/>
                <w:szCs w:val="24"/>
                <w:lang w:eastAsia="ko-KR"/>
              </w:rPr>
              <w:t>영문 이름(여권과 동일</w:t>
            </w:r>
            <w:r w:rsidRPr="008F5D2A">
              <w:rPr>
                <w:rFonts w:ascii="맑은 고딕" w:eastAsia="맑은 고딕" w:hAnsi="맑은 고딕"/>
                <w:b/>
                <w:color w:val="FFFFFF" w:themeColor="background1"/>
                <w:szCs w:val="24"/>
                <w:lang w:eastAsia="ko-KR"/>
              </w:rPr>
              <w:t>)</w:t>
            </w:r>
          </w:p>
        </w:tc>
        <w:tc>
          <w:tcPr>
            <w:tcW w:w="3700" w:type="dxa"/>
            <w:vAlign w:val="center"/>
          </w:tcPr>
          <w:p w:rsidR="008028B4" w:rsidRPr="008F5D2A" w:rsidRDefault="008028B4" w:rsidP="008F5D2A">
            <w:pPr>
              <w:jc w:val="both"/>
              <w:rPr>
                <w:rFonts w:ascii="맑은 고딕" w:eastAsia="맑은 고딕" w:hAnsi="맑은 고딕"/>
                <w:b/>
                <w:szCs w:val="24"/>
                <w:lang w:eastAsia="ko-KR"/>
              </w:rPr>
            </w:pPr>
            <w:r w:rsidRPr="008F5D2A">
              <w:rPr>
                <w:rFonts w:ascii="맑은 고딕" w:eastAsia="맑은 고딕" w:hAnsi="맑은 고딕" w:hint="eastAsia"/>
                <w:b/>
                <w:szCs w:val="24"/>
                <w:lang w:eastAsia="ko-KR"/>
              </w:rPr>
              <w:t>(성</w:t>
            </w:r>
            <w:r w:rsidRPr="008F5D2A">
              <w:rPr>
                <w:rFonts w:ascii="맑은 고딕" w:eastAsia="맑은 고딕" w:hAnsi="맑은 고딕"/>
                <w:b/>
                <w:szCs w:val="24"/>
                <w:lang w:eastAsia="ko-KR"/>
              </w:rPr>
              <w:t>)</w:t>
            </w:r>
          </w:p>
        </w:tc>
        <w:tc>
          <w:tcPr>
            <w:tcW w:w="1281" w:type="dxa"/>
            <w:shd w:val="clear" w:color="auto" w:fill="4F81BD" w:themeFill="accent1"/>
            <w:vAlign w:val="center"/>
          </w:tcPr>
          <w:p w:rsidR="008028B4" w:rsidRPr="008F5D2A" w:rsidRDefault="008028B4" w:rsidP="008F5D2A">
            <w:pPr>
              <w:jc w:val="center"/>
              <w:rPr>
                <w:rFonts w:ascii="맑은 고딕" w:eastAsia="맑은 고딕" w:hAnsi="맑은 고딕"/>
                <w:b/>
                <w:color w:val="FFFFFF" w:themeColor="background1"/>
                <w:szCs w:val="24"/>
                <w:lang w:eastAsia="ko-KR"/>
              </w:rPr>
            </w:pPr>
            <w:r w:rsidRPr="008F5D2A">
              <w:rPr>
                <w:rFonts w:ascii="맑은 고딕" w:eastAsia="맑은 고딕" w:hAnsi="맑은 고딕" w:hint="eastAsia"/>
                <w:b/>
                <w:color w:val="FFFFFF" w:themeColor="background1"/>
                <w:szCs w:val="24"/>
                <w:lang w:eastAsia="ko-KR"/>
              </w:rPr>
              <w:t>생년월일</w:t>
            </w:r>
          </w:p>
        </w:tc>
        <w:tc>
          <w:tcPr>
            <w:tcW w:w="3153" w:type="dxa"/>
            <w:vAlign w:val="center"/>
          </w:tcPr>
          <w:p w:rsidR="008028B4" w:rsidRPr="008F5D2A" w:rsidRDefault="008028B4" w:rsidP="008F5D2A">
            <w:pPr>
              <w:jc w:val="both"/>
              <w:rPr>
                <w:rFonts w:ascii="맑은 고딕" w:eastAsia="맑은 고딕" w:hAnsi="맑은 고딕"/>
                <w:b/>
                <w:szCs w:val="24"/>
                <w:lang w:eastAsia="ko-KR"/>
              </w:rPr>
            </w:pPr>
          </w:p>
        </w:tc>
      </w:tr>
      <w:tr w:rsidR="0059295B" w:rsidRPr="008F5D2A" w:rsidTr="008F5D2A">
        <w:trPr>
          <w:trHeight w:val="545"/>
        </w:trPr>
        <w:tc>
          <w:tcPr>
            <w:tcW w:w="2674" w:type="dxa"/>
            <w:shd w:val="clear" w:color="auto" w:fill="4F81BD" w:themeFill="accent1"/>
            <w:vAlign w:val="center"/>
          </w:tcPr>
          <w:p w:rsidR="0059295B" w:rsidRPr="008F5D2A" w:rsidRDefault="008028B4" w:rsidP="008F5D2A">
            <w:pPr>
              <w:jc w:val="both"/>
              <w:rPr>
                <w:rFonts w:ascii="맑은 고딕" w:eastAsia="맑은 고딕" w:hAnsi="맑은 고딕"/>
                <w:b/>
                <w:color w:val="FFFFFF" w:themeColor="background1"/>
                <w:szCs w:val="24"/>
                <w:lang w:eastAsia="ko-KR"/>
              </w:rPr>
            </w:pPr>
            <w:r w:rsidRPr="008F5D2A">
              <w:rPr>
                <w:rFonts w:ascii="맑은 고딕" w:eastAsia="맑은 고딕" w:hAnsi="맑은 고딕" w:hint="eastAsia"/>
                <w:b/>
                <w:color w:val="FFFFFF" w:themeColor="background1"/>
                <w:szCs w:val="24"/>
                <w:lang w:eastAsia="ko-KR"/>
              </w:rPr>
              <w:t>영문 이름(여권과 동일</w:t>
            </w:r>
            <w:r w:rsidRPr="008F5D2A">
              <w:rPr>
                <w:rFonts w:ascii="맑은 고딕" w:eastAsia="맑은 고딕" w:hAnsi="맑은 고딕"/>
                <w:b/>
                <w:color w:val="FFFFFF" w:themeColor="background1"/>
                <w:szCs w:val="24"/>
                <w:lang w:eastAsia="ko-KR"/>
              </w:rPr>
              <w:t>)</w:t>
            </w:r>
          </w:p>
        </w:tc>
        <w:tc>
          <w:tcPr>
            <w:tcW w:w="3700" w:type="dxa"/>
            <w:vAlign w:val="center"/>
          </w:tcPr>
          <w:p w:rsidR="0059295B" w:rsidRPr="008F5D2A" w:rsidRDefault="0059295B" w:rsidP="008F5D2A">
            <w:pPr>
              <w:jc w:val="both"/>
              <w:rPr>
                <w:rFonts w:ascii="맑은 고딕" w:eastAsia="맑은 고딕" w:hAnsi="맑은 고딕"/>
                <w:b/>
                <w:szCs w:val="24"/>
                <w:lang w:eastAsia="ko-KR"/>
              </w:rPr>
            </w:pPr>
            <w:r w:rsidRPr="008F5D2A">
              <w:rPr>
                <w:rFonts w:ascii="맑은 고딕" w:eastAsia="맑은 고딕" w:hAnsi="맑은 고딕"/>
                <w:b/>
                <w:szCs w:val="24"/>
                <w:lang w:eastAsia="ko-KR"/>
              </w:rPr>
              <w:t>(</w:t>
            </w:r>
            <w:r w:rsidRPr="008F5D2A">
              <w:rPr>
                <w:rFonts w:ascii="맑은 고딕" w:eastAsia="맑은 고딕" w:hAnsi="맑은 고딕" w:hint="eastAsia"/>
                <w:b/>
                <w:szCs w:val="24"/>
                <w:lang w:eastAsia="ko-KR"/>
              </w:rPr>
              <w:t>이름</w:t>
            </w:r>
            <w:r w:rsidRPr="008F5D2A">
              <w:rPr>
                <w:rFonts w:ascii="맑은 고딕" w:eastAsia="맑은 고딕" w:hAnsi="맑은 고딕"/>
                <w:b/>
                <w:szCs w:val="24"/>
                <w:lang w:eastAsia="ko-KR"/>
              </w:rPr>
              <w:t>)</w:t>
            </w:r>
          </w:p>
        </w:tc>
        <w:tc>
          <w:tcPr>
            <w:tcW w:w="1281" w:type="dxa"/>
            <w:shd w:val="clear" w:color="auto" w:fill="4F81BD" w:themeFill="accent1"/>
            <w:vAlign w:val="center"/>
          </w:tcPr>
          <w:p w:rsidR="0059295B" w:rsidRPr="008F5D2A" w:rsidRDefault="008028B4" w:rsidP="008F5D2A">
            <w:pPr>
              <w:jc w:val="center"/>
              <w:rPr>
                <w:rFonts w:ascii="맑은 고딕" w:eastAsia="맑은 고딕" w:hAnsi="맑은 고딕"/>
                <w:b/>
                <w:color w:val="FFFFFF" w:themeColor="background1"/>
                <w:szCs w:val="24"/>
                <w:lang w:eastAsia="ko-KR"/>
              </w:rPr>
            </w:pPr>
            <w:r w:rsidRPr="008F5D2A">
              <w:rPr>
                <w:rFonts w:ascii="맑은 고딕" w:eastAsia="맑은 고딕" w:hAnsi="맑은 고딕" w:hint="eastAsia"/>
                <w:b/>
                <w:color w:val="FFFFFF" w:themeColor="background1"/>
                <w:szCs w:val="24"/>
                <w:lang w:eastAsia="ko-KR"/>
              </w:rPr>
              <w:t>국적</w:t>
            </w:r>
          </w:p>
        </w:tc>
        <w:tc>
          <w:tcPr>
            <w:tcW w:w="3153" w:type="dxa"/>
            <w:vAlign w:val="center"/>
          </w:tcPr>
          <w:p w:rsidR="0059295B" w:rsidRPr="008F5D2A" w:rsidRDefault="0059295B" w:rsidP="008F5D2A">
            <w:pPr>
              <w:jc w:val="both"/>
              <w:rPr>
                <w:rFonts w:ascii="맑은 고딕" w:eastAsia="맑은 고딕" w:hAnsi="맑은 고딕"/>
                <w:b/>
                <w:szCs w:val="24"/>
                <w:lang w:eastAsia="ko-KR"/>
              </w:rPr>
            </w:pPr>
          </w:p>
        </w:tc>
      </w:tr>
      <w:tr w:rsidR="0059295B" w:rsidRPr="008F5D2A" w:rsidTr="008F5D2A">
        <w:trPr>
          <w:trHeight w:val="545"/>
        </w:trPr>
        <w:tc>
          <w:tcPr>
            <w:tcW w:w="2674" w:type="dxa"/>
            <w:shd w:val="clear" w:color="auto" w:fill="4F81BD" w:themeFill="accent1"/>
            <w:vAlign w:val="center"/>
          </w:tcPr>
          <w:p w:rsidR="0059295B" w:rsidRPr="008F5D2A" w:rsidRDefault="0059295B" w:rsidP="008F5D2A">
            <w:pPr>
              <w:jc w:val="both"/>
              <w:rPr>
                <w:rFonts w:ascii="맑은 고딕" w:eastAsia="맑은 고딕" w:hAnsi="맑은 고딕"/>
                <w:b/>
                <w:color w:val="FFFFFF" w:themeColor="background1"/>
                <w:szCs w:val="24"/>
                <w:lang w:eastAsia="ko-KR"/>
              </w:rPr>
            </w:pPr>
            <w:r w:rsidRPr="008F5D2A">
              <w:rPr>
                <w:rFonts w:ascii="맑은 고딕" w:eastAsia="맑은 고딕" w:hAnsi="맑은 고딕" w:hint="eastAsia"/>
                <w:b/>
                <w:color w:val="FFFFFF" w:themeColor="background1"/>
                <w:szCs w:val="24"/>
                <w:lang w:eastAsia="ko-KR"/>
              </w:rPr>
              <w:t>소속(학부∙학과)</w:t>
            </w:r>
          </w:p>
        </w:tc>
        <w:tc>
          <w:tcPr>
            <w:tcW w:w="3700" w:type="dxa"/>
            <w:vAlign w:val="center"/>
          </w:tcPr>
          <w:p w:rsidR="0059295B" w:rsidRPr="008F5D2A" w:rsidRDefault="0059295B" w:rsidP="008F5D2A">
            <w:pPr>
              <w:jc w:val="both"/>
              <w:rPr>
                <w:rFonts w:ascii="맑은 고딕" w:eastAsia="맑은 고딕" w:hAnsi="맑은 고딕"/>
                <w:b/>
                <w:szCs w:val="24"/>
                <w:lang w:eastAsia="ko-KR"/>
              </w:rPr>
            </w:pPr>
          </w:p>
        </w:tc>
        <w:tc>
          <w:tcPr>
            <w:tcW w:w="1281" w:type="dxa"/>
            <w:shd w:val="clear" w:color="auto" w:fill="4F81BD" w:themeFill="accent1"/>
            <w:vAlign w:val="center"/>
          </w:tcPr>
          <w:p w:rsidR="0059295B" w:rsidRPr="008F5D2A" w:rsidRDefault="0059295B" w:rsidP="008F5D2A">
            <w:pPr>
              <w:jc w:val="center"/>
              <w:rPr>
                <w:rFonts w:ascii="맑은 고딕" w:eastAsia="맑은 고딕" w:hAnsi="맑은 고딕"/>
                <w:b/>
                <w:color w:val="FFFFFF" w:themeColor="background1"/>
                <w:szCs w:val="24"/>
                <w:lang w:eastAsia="ko-KR"/>
              </w:rPr>
            </w:pPr>
            <w:r w:rsidRPr="008F5D2A">
              <w:rPr>
                <w:rFonts w:ascii="맑은 고딕" w:eastAsia="맑은 고딕" w:hAnsi="맑은 고딕" w:hint="eastAsia"/>
                <w:b/>
                <w:color w:val="FFFFFF" w:themeColor="background1"/>
                <w:szCs w:val="24"/>
                <w:lang w:eastAsia="ko-KR"/>
              </w:rPr>
              <w:t>학년</w:t>
            </w:r>
          </w:p>
        </w:tc>
        <w:tc>
          <w:tcPr>
            <w:tcW w:w="3153" w:type="dxa"/>
            <w:vAlign w:val="center"/>
          </w:tcPr>
          <w:p w:rsidR="0059295B" w:rsidRPr="008F5D2A" w:rsidRDefault="0059295B" w:rsidP="008F5D2A">
            <w:pPr>
              <w:jc w:val="both"/>
              <w:rPr>
                <w:rFonts w:ascii="맑은 고딕" w:eastAsia="맑은 고딕" w:hAnsi="맑은 고딕"/>
                <w:b/>
                <w:szCs w:val="24"/>
                <w:lang w:eastAsia="ko-KR"/>
              </w:rPr>
            </w:pPr>
          </w:p>
        </w:tc>
      </w:tr>
      <w:tr w:rsidR="0059295B" w:rsidRPr="008F5D2A" w:rsidTr="008F5D2A">
        <w:trPr>
          <w:trHeight w:val="545"/>
        </w:trPr>
        <w:tc>
          <w:tcPr>
            <w:tcW w:w="2674" w:type="dxa"/>
            <w:shd w:val="clear" w:color="auto" w:fill="4F81BD" w:themeFill="accent1"/>
            <w:vAlign w:val="center"/>
          </w:tcPr>
          <w:p w:rsidR="0059295B" w:rsidRPr="008F5D2A" w:rsidRDefault="0059295B" w:rsidP="008F5D2A">
            <w:pPr>
              <w:jc w:val="both"/>
              <w:rPr>
                <w:rFonts w:ascii="맑은 고딕" w:eastAsia="맑은 고딕" w:hAnsi="맑은 고딕"/>
                <w:b/>
                <w:color w:val="FFFFFF" w:themeColor="background1"/>
                <w:szCs w:val="24"/>
                <w:lang w:eastAsia="ko-KR"/>
              </w:rPr>
            </w:pPr>
            <w:r w:rsidRPr="008F5D2A">
              <w:rPr>
                <w:rFonts w:ascii="맑은 고딕" w:eastAsia="맑은 고딕" w:hAnsi="맑은 고딕" w:hint="eastAsia"/>
                <w:b/>
                <w:color w:val="FFFFFF" w:themeColor="background1"/>
                <w:szCs w:val="24"/>
                <w:lang w:eastAsia="ko-KR"/>
              </w:rPr>
              <w:t>연락처(전화</w:t>
            </w:r>
            <w:r w:rsidRPr="008F5D2A">
              <w:rPr>
                <w:rFonts w:ascii="맑은 고딕" w:eastAsia="맑은 고딕" w:hAnsi="맑은 고딕"/>
                <w:b/>
                <w:color w:val="FFFFFF" w:themeColor="background1"/>
                <w:szCs w:val="24"/>
                <w:lang w:eastAsia="ko-KR"/>
              </w:rPr>
              <w:t>)</w:t>
            </w:r>
          </w:p>
        </w:tc>
        <w:tc>
          <w:tcPr>
            <w:tcW w:w="3700" w:type="dxa"/>
            <w:vAlign w:val="center"/>
          </w:tcPr>
          <w:p w:rsidR="0059295B" w:rsidRPr="008F5D2A" w:rsidRDefault="0059295B" w:rsidP="008F5D2A">
            <w:pPr>
              <w:jc w:val="both"/>
              <w:rPr>
                <w:rFonts w:ascii="맑은 고딕" w:eastAsia="맑은 고딕" w:hAnsi="맑은 고딕"/>
                <w:b/>
                <w:szCs w:val="24"/>
                <w:lang w:eastAsia="ko-KR"/>
              </w:rPr>
            </w:pPr>
          </w:p>
        </w:tc>
        <w:tc>
          <w:tcPr>
            <w:tcW w:w="1281" w:type="dxa"/>
            <w:shd w:val="clear" w:color="auto" w:fill="4F81BD" w:themeFill="accent1"/>
            <w:vAlign w:val="center"/>
          </w:tcPr>
          <w:p w:rsidR="0059295B" w:rsidRPr="008F5D2A" w:rsidRDefault="0059295B" w:rsidP="008F5D2A">
            <w:pPr>
              <w:jc w:val="center"/>
              <w:rPr>
                <w:rFonts w:ascii="맑은 고딕" w:eastAsia="맑은 고딕" w:hAnsi="맑은 고딕"/>
                <w:b/>
                <w:color w:val="FFFFFF" w:themeColor="background1"/>
                <w:szCs w:val="24"/>
                <w:lang w:eastAsia="ko-KR"/>
              </w:rPr>
            </w:pPr>
            <w:r w:rsidRPr="008F5D2A">
              <w:rPr>
                <w:rFonts w:ascii="맑은 고딕" w:eastAsia="맑은 고딕" w:hAnsi="맑은 고딕" w:hint="eastAsia"/>
                <w:b/>
                <w:color w:val="FFFFFF" w:themeColor="background1"/>
                <w:szCs w:val="24"/>
                <w:lang w:eastAsia="ko-KR"/>
              </w:rPr>
              <w:t>이메일</w:t>
            </w:r>
          </w:p>
        </w:tc>
        <w:tc>
          <w:tcPr>
            <w:tcW w:w="3153" w:type="dxa"/>
            <w:vAlign w:val="center"/>
          </w:tcPr>
          <w:p w:rsidR="0059295B" w:rsidRPr="008F5D2A" w:rsidRDefault="0059295B" w:rsidP="008F5D2A">
            <w:pPr>
              <w:jc w:val="both"/>
              <w:rPr>
                <w:rFonts w:ascii="맑은 고딕" w:eastAsia="맑은 고딕" w:hAnsi="맑은 고딕"/>
                <w:b/>
                <w:szCs w:val="24"/>
                <w:lang w:eastAsia="ko-KR"/>
              </w:rPr>
            </w:pPr>
          </w:p>
        </w:tc>
      </w:tr>
      <w:tr w:rsidR="0059295B" w:rsidRPr="008F5D2A" w:rsidTr="008F5D2A">
        <w:trPr>
          <w:trHeight w:val="545"/>
        </w:trPr>
        <w:tc>
          <w:tcPr>
            <w:tcW w:w="2674" w:type="dxa"/>
            <w:shd w:val="clear" w:color="auto" w:fill="4F81BD" w:themeFill="accent1"/>
            <w:vAlign w:val="center"/>
          </w:tcPr>
          <w:p w:rsidR="0059295B" w:rsidRPr="008F5D2A" w:rsidRDefault="0059295B" w:rsidP="008F5D2A">
            <w:pPr>
              <w:jc w:val="both"/>
              <w:rPr>
                <w:rFonts w:ascii="맑은 고딕" w:eastAsia="맑은 고딕" w:hAnsi="맑은 고딕"/>
                <w:b/>
                <w:color w:val="FFFFFF" w:themeColor="background1"/>
                <w:szCs w:val="24"/>
                <w:lang w:eastAsia="ko-KR"/>
              </w:rPr>
            </w:pPr>
            <w:r w:rsidRPr="008F5D2A">
              <w:rPr>
                <w:rFonts w:ascii="맑은 고딕" w:eastAsia="맑은 고딕" w:hAnsi="맑은 고딕" w:hint="eastAsia"/>
                <w:b/>
                <w:color w:val="FFFFFF" w:themeColor="background1"/>
                <w:szCs w:val="24"/>
                <w:lang w:eastAsia="ko-KR"/>
              </w:rPr>
              <w:t>현 주소</w:t>
            </w:r>
          </w:p>
        </w:tc>
        <w:tc>
          <w:tcPr>
            <w:tcW w:w="8134" w:type="dxa"/>
            <w:gridSpan w:val="3"/>
            <w:vAlign w:val="center"/>
          </w:tcPr>
          <w:p w:rsidR="0059295B" w:rsidRPr="008F5D2A" w:rsidRDefault="0059295B" w:rsidP="008F5D2A">
            <w:pPr>
              <w:jc w:val="both"/>
              <w:rPr>
                <w:rFonts w:ascii="맑은 고딕" w:eastAsia="맑은 고딕" w:hAnsi="맑은 고딕"/>
                <w:b/>
                <w:szCs w:val="24"/>
                <w:lang w:eastAsia="ko-KR"/>
              </w:rPr>
            </w:pPr>
          </w:p>
        </w:tc>
      </w:tr>
    </w:tbl>
    <w:p w:rsidR="0059295B" w:rsidRDefault="0059295B" w:rsidP="008F5D2A">
      <w:pPr>
        <w:spacing w:after="0" w:line="240" w:lineRule="auto"/>
        <w:ind w:left="26"/>
        <w:jc w:val="both"/>
        <w:rPr>
          <w:rFonts w:ascii="맑은 고딕" w:eastAsia="맑은 고딕" w:hAnsi="맑은 고딕"/>
          <w:b/>
          <w:szCs w:val="24"/>
          <w:lang w:eastAsia="ko-KR"/>
        </w:rPr>
      </w:pPr>
    </w:p>
    <w:p w:rsidR="008F5D2A" w:rsidRPr="008F5D2A" w:rsidRDefault="008F5D2A" w:rsidP="008F5D2A">
      <w:pPr>
        <w:pStyle w:val="aa"/>
        <w:numPr>
          <w:ilvl w:val="0"/>
          <w:numId w:val="19"/>
        </w:numPr>
        <w:spacing w:after="0" w:line="240" w:lineRule="auto"/>
        <w:ind w:left="426"/>
        <w:jc w:val="both"/>
        <w:rPr>
          <w:rFonts w:ascii="맑은 고딕" w:eastAsia="맑은 고딕" w:hAnsi="맑은 고딕"/>
          <w:b/>
          <w:szCs w:val="24"/>
          <w:lang w:eastAsia="ko-KR"/>
        </w:rPr>
      </w:pPr>
      <w:r w:rsidRPr="008F5D2A">
        <w:rPr>
          <w:rFonts w:ascii="맑은 고딕" w:eastAsia="맑은 고딕" w:hAnsi="맑은 고딕"/>
          <w:b/>
          <w:noProof/>
          <w:szCs w:val="24"/>
          <w:lang w:eastAsia="ko-K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1149FC5" wp14:editId="6F421FEE">
                <wp:simplePos x="0" y="0"/>
                <wp:positionH relativeFrom="column">
                  <wp:posOffset>0</wp:posOffset>
                </wp:positionH>
                <wp:positionV relativeFrom="paragraph">
                  <wp:posOffset>334645</wp:posOffset>
                </wp:positionV>
                <wp:extent cx="6905625" cy="1404620"/>
                <wp:effectExtent l="0" t="0" r="28575" b="17145"/>
                <wp:wrapTopAndBottom/>
                <wp:docPr id="1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56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5D2A" w:rsidRPr="008F5D2A" w:rsidRDefault="008F5D2A" w:rsidP="008F5D2A">
                            <w:pPr>
                              <w:spacing w:after="0" w:line="240" w:lineRule="auto"/>
                              <w:rPr>
                                <w:rFonts w:ascii="맑은 고딕" w:eastAsia="맑은 고딕" w:hAnsi="맑은 고딕"/>
                              </w:rPr>
                            </w:pPr>
                          </w:p>
                          <w:p w:rsidR="008F5D2A" w:rsidRDefault="008F5D2A" w:rsidP="008F5D2A">
                            <w:pPr>
                              <w:spacing w:after="0" w:line="240" w:lineRule="auto"/>
                              <w:rPr>
                                <w:rFonts w:ascii="맑은 고딕" w:eastAsia="맑은 고딕" w:hAnsi="맑은 고딕"/>
                              </w:rPr>
                            </w:pPr>
                          </w:p>
                          <w:p w:rsidR="008F5D2A" w:rsidRDefault="008F5D2A" w:rsidP="008F5D2A">
                            <w:pPr>
                              <w:spacing w:after="0" w:line="240" w:lineRule="auto"/>
                              <w:rPr>
                                <w:rFonts w:ascii="맑은 고딕" w:eastAsia="맑은 고딕" w:hAnsi="맑은 고딕"/>
                              </w:rPr>
                            </w:pPr>
                          </w:p>
                          <w:p w:rsidR="008F5D2A" w:rsidRDefault="008F5D2A" w:rsidP="008F5D2A">
                            <w:pPr>
                              <w:spacing w:after="0" w:line="240" w:lineRule="auto"/>
                              <w:rPr>
                                <w:rFonts w:ascii="맑은 고딕" w:eastAsia="맑은 고딕" w:hAnsi="맑은 고딕"/>
                              </w:rPr>
                            </w:pPr>
                          </w:p>
                          <w:p w:rsidR="008F5D2A" w:rsidRDefault="008F5D2A" w:rsidP="008F5D2A">
                            <w:pPr>
                              <w:spacing w:after="0" w:line="240" w:lineRule="auto"/>
                              <w:rPr>
                                <w:rFonts w:ascii="맑은 고딕" w:eastAsia="맑은 고딕" w:hAnsi="맑은 고딕"/>
                              </w:rPr>
                            </w:pPr>
                          </w:p>
                          <w:p w:rsidR="008F5D2A" w:rsidRDefault="008F5D2A" w:rsidP="008F5D2A">
                            <w:pPr>
                              <w:spacing w:after="0" w:line="240" w:lineRule="auto"/>
                              <w:rPr>
                                <w:rFonts w:ascii="맑은 고딕" w:eastAsia="맑은 고딕" w:hAnsi="맑은 고딕"/>
                              </w:rPr>
                            </w:pPr>
                          </w:p>
                          <w:p w:rsidR="008F5D2A" w:rsidRPr="008F5D2A" w:rsidRDefault="008F5D2A" w:rsidP="008F5D2A">
                            <w:pPr>
                              <w:spacing w:after="0" w:line="240" w:lineRule="auto"/>
                              <w:rPr>
                                <w:rFonts w:ascii="맑은 고딕" w:eastAsia="맑은 고딕" w:hAnsi="맑은 고딕"/>
                              </w:rPr>
                            </w:pPr>
                          </w:p>
                          <w:p w:rsidR="008F5D2A" w:rsidRPr="008F5D2A" w:rsidRDefault="008F5D2A" w:rsidP="008F5D2A">
                            <w:pPr>
                              <w:spacing w:after="0" w:line="240" w:lineRule="auto"/>
                              <w:rPr>
                                <w:rFonts w:ascii="맑은 고딕" w:eastAsia="맑은 고딕" w:hAnsi="맑은 고딕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61149FC5" id="_x0000_t202" coordsize="21600,21600" o:spt="202" path="m,l,21600r21600,l21600,xe">
                <v:stroke joinstyle="miter"/>
                <v:path gradientshapeok="t" o:connecttype="rect"/>
              </v:shapetype>
              <v:shape id="텍스트 상자 2" o:spid="_x0000_s1026" type="#_x0000_t202" style="position:absolute;left:0;text-align:left;margin-left:0;margin-top:26.35pt;width:543.7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">
                <v:textbox style="mso-fit-shape-to-text:t">
                  <w:txbxContent>
                    <w:p w:rsidR="008F5D2A" w:rsidRPr="008F5D2A" w:rsidRDefault="008F5D2A" w:rsidP="008F5D2A">
                      <w:pPr>
                        <w:spacing w:after="0" w:line="240" w:lineRule="auto"/>
                        <w:rPr>
                          <w:rFonts w:ascii="맑은 고딕" w:eastAsia="맑은 고딕" w:hAnsi="맑은 고딕"/>
                        </w:rPr>
                      </w:pPr>
                    </w:p>
                    <w:p w:rsidR="008F5D2A" w:rsidRDefault="008F5D2A" w:rsidP="008F5D2A">
                      <w:pPr>
                        <w:spacing w:after="0" w:line="240" w:lineRule="auto"/>
                        <w:rPr>
                          <w:rFonts w:ascii="맑은 고딕" w:eastAsia="맑은 고딕" w:hAnsi="맑은 고딕"/>
                        </w:rPr>
                      </w:pPr>
                    </w:p>
                    <w:p w:rsidR="008F5D2A" w:rsidRDefault="008F5D2A" w:rsidP="008F5D2A">
                      <w:pPr>
                        <w:spacing w:after="0" w:line="240" w:lineRule="auto"/>
                        <w:rPr>
                          <w:rFonts w:ascii="맑은 고딕" w:eastAsia="맑은 고딕" w:hAnsi="맑은 고딕"/>
                        </w:rPr>
                      </w:pPr>
                    </w:p>
                    <w:p w:rsidR="008F5D2A" w:rsidRDefault="008F5D2A" w:rsidP="008F5D2A">
                      <w:pPr>
                        <w:spacing w:after="0" w:line="240" w:lineRule="auto"/>
                        <w:rPr>
                          <w:rFonts w:ascii="맑은 고딕" w:eastAsia="맑은 고딕" w:hAnsi="맑은 고딕"/>
                        </w:rPr>
                      </w:pPr>
                    </w:p>
                    <w:p w:rsidR="008F5D2A" w:rsidRDefault="008F5D2A" w:rsidP="008F5D2A">
                      <w:pPr>
                        <w:spacing w:after="0" w:line="240" w:lineRule="auto"/>
                        <w:rPr>
                          <w:rFonts w:ascii="맑은 고딕" w:eastAsia="맑은 고딕" w:hAnsi="맑은 고딕"/>
                        </w:rPr>
                      </w:pPr>
                    </w:p>
                    <w:p w:rsidR="008F5D2A" w:rsidRDefault="008F5D2A" w:rsidP="008F5D2A">
                      <w:pPr>
                        <w:spacing w:after="0" w:line="240" w:lineRule="auto"/>
                        <w:rPr>
                          <w:rFonts w:ascii="맑은 고딕" w:eastAsia="맑은 고딕" w:hAnsi="맑은 고딕"/>
                        </w:rPr>
                      </w:pPr>
                    </w:p>
                    <w:p w:rsidR="008F5D2A" w:rsidRPr="008F5D2A" w:rsidRDefault="008F5D2A" w:rsidP="008F5D2A">
                      <w:pPr>
                        <w:spacing w:after="0" w:line="240" w:lineRule="auto"/>
                        <w:rPr>
                          <w:rFonts w:ascii="맑은 고딕" w:eastAsia="맑은 고딕" w:hAnsi="맑은 고딕"/>
                        </w:rPr>
                      </w:pPr>
                    </w:p>
                    <w:p w:rsidR="008F5D2A" w:rsidRPr="008F5D2A" w:rsidRDefault="008F5D2A" w:rsidP="008F5D2A">
                      <w:pPr>
                        <w:spacing w:after="0" w:line="240" w:lineRule="auto"/>
                        <w:rPr>
                          <w:rFonts w:ascii="맑은 고딕" w:eastAsia="맑은 고딕" w:hAnsi="맑은 고딕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맑은 고딕" w:eastAsia="맑은 고딕" w:hAnsi="맑은 고딕"/>
          <w:b/>
          <w:szCs w:val="24"/>
          <w:lang w:eastAsia="ko-KR"/>
        </w:rPr>
        <w:t>‘</w:t>
      </w:r>
      <w:r>
        <w:rPr>
          <w:rFonts w:ascii="맑은 고딕" w:eastAsia="맑은 고딕" w:hAnsi="맑은 고딕" w:hint="eastAsia"/>
          <w:b/>
          <w:szCs w:val="24"/>
          <w:lang w:eastAsia="ko-KR"/>
        </w:rPr>
        <w:t>A</w:t>
      </w:r>
      <w:r>
        <w:rPr>
          <w:rFonts w:ascii="맑은 고딕" w:eastAsia="맑은 고딕" w:hAnsi="맑은 고딕"/>
          <w:b/>
          <w:szCs w:val="24"/>
          <w:lang w:eastAsia="ko-KR"/>
        </w:rPr>
        <w:t>I</w:t>
      </w:r>
      <w:r w:rsidR="00A95839">
        <w:rPr>
          <w:rFonts w:ascii="맑은 고딕" w:eastAsia="맑은 고딕" w:hAnsi="맑은 고딕" w:hint="eastAsia"/>
          <w:b/>
          <w:szCs w:val="24"/>
          <w:lang w:eastAsia="ko-KR"/>
        </w:rPr>
        <w:t xml:space="preserve">를 활용한 </w:t>
      </w:r>
      <w:r>
        <w:rPr>
          <w:rFonts w:ascii="맑은 고딕" w:eastAsia="맑은 고딕" w:hAnsi="맑은 고딕" w:hint="eastAsia"/>
          <w:b/>
          <w:szCs w:val="24"/>
          <w:lang w:eastAsia="ko-KR"/>
        </w:rPr>
        <w:t>사회문제 해결</w:t>
      </w:r>
      <w:r>
        <w:rPr>
          <w:rFonts w:ascii="맑은 고딕" w:eastAsia="맑은 고딕" w:hAnsi="맑은 고딕"/>
          <w:b/>
          <w:szCs w:val="24"/>
          <w:lang w:eastAsia="ko-KR"/>
        </w:rPr>
        <w:t>’</w:t>
      </w:r>
      <w:r>
        <w:rPr>
          <w:rFonts w:ascii="맑은 고딕" w:eastAsia="맑은 고딕" w:hAnsi="맑은 고딕" w:hint="eastAsia"/>
          <w:b/>
          <w:szCs w:val="24"/>
          <w:lang w:eastAsia="ko-KR"/>
        </w:rPr>
        <w:t>에 관한 본인의 활동 배경(자유 양식.</w:t>
      </w:r>
      <w:r>
        <w:rPr>
          <w:rFonts w:ascii="맑은 고딕" w:eastAsia="맑은 고딕" w:hAnsi="맑은 고딕"/>
          <w:b/>
          <w:szCs w:val="24"/>
          <w:lang w:eastAsia="ko-KR"/>
        </w:rPr>
        <w:t xml:space="preserve"> </w:t>
      </w:r>
      <w:r>
        <w:rPr>
          <w:rFonts w:ascii="맑은 고딕" w:eastAsia="맑은 고딕" w:hAnsi="맑은 고딕" w:hint="eastAsia"/>
          <w:b/>
          <w:szCs w:val="24"/>
          <w:lang w:eastAsia="ko-KR"/>
        </w:rPr>
        <w:t>팀</w:t>
      </w:r>
      <w:r w:rsidR="0026347D">
        <w:rPr>
          <w:rFonts w:ascii="맑은 고딕" w:eastAsia="맑은 고딕" w:hAnsi="맑은 고딕" w:hint="eastAsia"/>
          <w:b/>
          <w:szCs w:val="24"/>
          <w:lang w:eastAsia="ko-KR"/>
        </w:rPr>
        <w:t xml:space="preserve">의 </w:t>
      </w:r>
      <w:r>
        <w:rPr>
          <w:rFonts w:ascii="맑은 고딕" w:eastAsia="맑은 고딕" w:hAnsi="맑은 고딕" w:hint="eastAsia"/>
          <w:b/>
          <w:szCs w:val="24"/>
          <w:lang w:eastAsia="ko-KR"/>
        </w:rPr>
        <w:t xml:space="preserve">경우 </w:t>
      </w:r>
      <w:r w:rsidR="0026347D">
        <w:rPr>
          <w:rFonts w:ascii="맑은 고딕" w:eastAsia="맑은 고딕" w:hAnsi="맑은 고딕" w:hint="eastAsia"/>
          <w:b/>
          <w:szCs w:val="24"/>
          <w:lang w:eastAsia="ko-KR"/>
        </w:rPr>
        <w:t xml:space="preserve">팀 개요와 </w:t>
      </w:r>
      <w:r>
        <w:rPr>
          <w:rFonts w:ascii="맑은 고딕" w:eastAsia="맑은 고딕" w:hAnsi="맑은 고딕" w:hint="eastAsia"/>
          <w:b/>
          <w:szCs w:val="24"/>
          <w:lang w:eastAsia="ko-KR"/>
        </w:rPr>
        <w:t>구성원 표기</w:t>
      </w:r>
      <w:r>
        <w:rPr>
          <w:rFonts w:ascii="맑은 고딕" w:eastAsia="맑은 고딕" w:hAnsi="맑은 고딕"/>
          <w:b/>
          <w:szCs w:val="24"/>
          <w:lang w:eastAsia="ko-KR"/>
        </w:rPr>
        <w:t>)</w:t>
      </w:r>
    </w:p>
    <w:p w:rsidR="008F5D2A" w:rsidRPr="008F5D2A" w:rsidRDefault="008F5D2A" w:rsidP="008F5D2A">
      <w:pPr>
        <w:spacing w:after="0" w:line="240" w:lineRule="auto"/>
        <w:ind w:left="26"/>
        <w:jc w:val="both"/>
        <w:rPr>
          <w:rFonts w:ascii="맑은 고딕" w:eastAsia="맑은 고딕" w:hAnsi="맑은 고딕"/>
          <w:b/>
          <w:szCs w:val="24"/>
          <w:lang w:eastAsia="ko-KR"/>
        </w:rPr>
      </w:pPr>
    </w:p>
    <w:p w:rsidR="0059295B" w:rsidRPr="00CC33B2" w:rsidRDefault="008F5D2A" w:rsidP="00CC33B2">
      <w:pPr>
        <w:pStyle w:val="aa"/>
        <w:numPr>
          <w:ilvl w:val="0"/>
          <w:numId w:val="19"/>
        </w:numPr>
        <w:spacing w:after="0" w:line="240" w:lineRule="auto"/>
        <w:ind w:left="426"/>
        <w:jc w:val="both"/>
        <w:rPr>
          <w:rFonts w:ascii="맑은 고딕" w:eastAsia="맑은 고딕" w:hAnsi="맑은 고딕"/>
          <w:b/>
          <w:szCs w:val="24"/>
          <w:lang w:eastAsia="ko-KR"/>
        </w:rPr>
      </w:pPr>
      <w:r w:rsidRPr="008F5D2A">
        <w:rPr>
          <w:noProof/>
          <w:lang w:eastAsia="ko-K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312420</wp:posOffset>
                </wp:positionV>
                <wp:extent cx="6905625" cy="1404620"/>
                <wp:effectExtent l="0" t="0" r="28575" b="17145"/>
                <wp:wrapTopAndBottom/>
                <wp:docPr id="217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56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5D2A" w:rsidRPr="008F5D2A" w:rsidRDefault="008F5D2A" w:rsidP="008F5D2A">
                            <w:pPr>
                              <w:spacing w:after="0" w:line="240" w:lineRule="auto"/>
                              <w:rPr>
                                <w:rFonts w:ascii="맑은 고딕" w:eastAsia="맑은 고딕" w:hAnsi="맑은 고딕"/>
                              </w:rPr>
                            </w:pPr>
                          </w:p>
                          <w:p w:rsidR="008F5D2A" w:rsidRPr="008F5D2A" w:rsidRDefault="008F5D2A" w:rsidP="008F5D2A">
                            <w:pPr>
                              <w:spacing w:after="0" w:line="240" w:lineRule="auto"/>
                              <w:rPr>
                                <w:rFonts w:ascii="맑은 고딕" w:eastAsia="맑은 고딕" w:hAnsi="맑은 고딕"/>
                              </w:rPr>
                            </w:pPr>
                          </w:p>
                          <w:p w:rsidR="008F5D2A" w:rsidRPr="008F5D2A" w:rsidRDefault="008F5D2A" w:rsidP="008F5D2A">
                            <w:pPr>
                              <w:spacing w:after="0" w:line="240" w:lineRule="auto"/>
                              <w:rPr>
                                <w:rFonts w:ascii="맑은 고딕" w:eastAsia="맑은 고딕" w:hAnsi="맑은 고딕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id="_x0000_s1027" type="#_x0000_t202" style="position:absolute;left:0;text-align:left;margin-left:-.75pt;margin-top:24.6pt;width:543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">
                <v:textbox style="mso-fit-shape-to-text:t">
                  <w:txbxContent>
                    <w:p w:rsidR="008F5D2A" w:rsidRPr="008F5D2A" w:rsidRDefault="008F5D2A" w:rsidP="008F5D2A">
                      <w:pPr>
                        <w:spacing w:after="0" w:line="240" w:lineRule="auto"/>
                        <w:rPr>
                          <w:rFonts w:ascii="맑은 고딕" w:eastAsia="맑은 고딕" w:hAnsi="맑은 고딕"/>
                        </w:rPr>
                      </w:pPr>
                    </w:p>
                    <w:p w:rsidR="008F5D2A" w:rsidRPr="008F5D2A" w:rsidRDefault="008F5D2A" w:rsidP="008F5D2A">
                      <w:pPr>
                        <w:spacing w:after="0" w:line="240" w:lineRule="auto"/>
                        <w:rPr>
                          <w:rFonts w:ascii="맑은 고딕" w:eastAsia="맑은 고딕" w:hAnsi="맑은 고딕"/>
                        </w:rPr>
                      </w:pPr>
                    </w:p>
                    <w:p w:rsidR="008F5D2A" w:rsidRPr="008F5D2A" w:rsidRDefault="008F5D2A" w:rsidP="008F5D2A">
                      <w:pPr>
                        <w:spacing w:after="0" w:line="240" w:lineRule="auto"/>
                        <w:rPr>
                          <w:rFonts w:ascii="맑은 고딕" w:eastAsia="맑은 고딕" w:hAnsi="맑은 고딕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8F5D2A">
        <w:rPr>
          <w:rFonts w:ascii="맑은 고딕" w:eastAsia="맑은 고딕" w:hAnsi="맑은 고딕" w:cs="맑은 고딕" w:hint="eastAsia"/>
          <w:b/>
          <w:szCs w:val="24"/>
          <w:lang w:eastAsia="ko-KR"/>
        </w:rPr>
        <w:t>요</w:t>
      </w:r>
      <w:r w:rsidRPr="008F5D2A">
        <w:rPr>
          <w:rFonts w:ascii="맑은 고딕" w:eastAsia="맑은 고딕" w:hAnsi="맑은 고딕" w:hint="eastAsia"/>
          <w:b/>
          <w:szCs w:val="24"/>
          <w:lang w:eastAsia="ko-KR"/>
        </w:rPr>
        <w:t>청 및 문의 사항(개별적 요청,</w:t>
      </w:r>
      <w:r w:rsidRPr="008F5D2A">
        <w:rPr>
          <w:rFonts w:ascii="맑은 고딕" w:eastAsia="맑은 고딕" w:hAnsi="맑은 고딕"/>
          <w:b/>
          <w:szCs w:val="24"/>
          <w:lang w:eastAsia="ko-KR"/>
        </w:rPr>
        <w:t xml:space="preserve"> </w:t>
      </w:r>
      <w:r w:rsidRPr="008F5D2A">
        <w:rPr>
          <w:rFonts w:ascii="맑은 고딕" w:eastAsia="맑은 고딕" w:hAnsi="맑은 고딕" w:hint="eastAsia"/>
          <w:b/>
          <w:szCs w:val="24"/>
          <w:lang w:eastAsia="ko-KR"/>
        </w:rPr>
        <w:t>문의,</w:t>
      </w:r>
      <w:r w:rsidRPr="008F5D2A">
        <w:rPr>
          <w:rFonts w:ascii="맑은 고딕" w:eastAsia="맑은 고딕" w:hAnsi="맑은 고딕"/>
          <w:b/>
          <w:szCs w:val="24"/>
          <w:lang w:eastAsia="ko-KR"/>
        </w:rPr>
        <w:t xml:space="preserve"> </w:t>
      </w:r>
      <w:r w:rsidRPr="008F5D2A">
        <w:rPr>
          <w:rFonts w:ascii="맑은 고딕" w:eastAsia="맑은 고딕" w:hAnsi="맑은 고딕" w:hint="eastAsia"/>
          <w:b/>
          <w:szCs w:val="24"/>
          <w:lang w:eastAsia="ko-KR"/>
        </w:rPr>
        <w:t>특별한 지원의 요청 등</w:t>
      </w:r>
      <w:r w:rsidRPr="008F5D2A">
        <w:rPr>
          <w:rFonts w:ascii="맑은 고딕" w:eastAsia="맑은 고딕" w:hAnsi="맑은 고딕"/>
          <w:b/>
          <w:szCs w:val="24"/>
          <w:lang w:eastAsia="ko-KR"/>
        </w:rPr>
        <w:t>)</w:t>
      </w:r>
      <w:r w:rsidRPr="008F5D2A">
        <w:rPr>
          <w:rFonts w:ascii="맑은 고딕" w:eastAsia="맑은 고딕" w:hAnsi="맑은 고딕" w:hint="eastAsia"/>
          <w:sz w:val="21"/>
          <w:szCs w:val="24"/>
          <w:lang w:eastAsia="ko-KR"/>
        </w:rPr>
        <w:t xml:space="preserve"> </w:t>
      </w:r>
      <w:r w:rsidRPr="008F5D2A">
        <w:rPr>
          <w:rFonts w:ascii="맑은 고딕" w:eastAsia="맑은 고딕" w:hAnsi="맑은 고딕"/>
          <w:sz w:val="21"/>
          <w:szCs w:val="24"/>
          <w:lang w:eastAsia="ko-KR"/>
        </w:rPr>
        <w:t xml:space="preserve">  *</w:t>
      </w:r>
      <w:r w:rsidRPr="008F5D2A">
        <w:rPr>
          <w:rFonts w:ascii="맑은 고딕" w:eastAsia="맑은 고딕" w:hAnsi="맑은 고딕" w:hint="eastAsia"/>
          <w:sz w:val="21"/>
          <w:szCs w:val="24"/>
          <w:lang w:eastAsia="ko-KR"/>
        </w:rPr>
        <w:t>선정 여부와 관계 없음.</w:t>
      </w:r>
    </w:p>
    <w:p w:rsidR="0059295B" w:rsidRPr="008F5D2A" w:rsidRDefault="0059295B" w:rsidP="008F5D2A">
      <w:pPr>
        <w:spacing w:after="0" w:line="240" w:lineRule="auto"/>
        <w:ind w:left="26"/>
        <w:jc w:val="both"/>
        <w:rPr>
          <w:rFonts w:ascii="맑은 고딕" w:eastAsia="맑은 고딕" w:hAnsi="맑은 고딕"/>
          <w:b/>
          <w:szCs w:val="24"/>
          <w:lang w:eastAsia="ko-KR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8079"/>
      </w:tblGrid>
      <w:tr w:rsidR="0059295B" w:rsidRPr="008F5D2A" w:rsidTr="00FE083E">
        <w:trPr>
          <w:trHeight w:val="35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tcMar>
              <w:left w:w="0" w:type="dxa"/>
              <w:right w:w="0" w:type="dxa"/>
            </w:tcMar>
            <w:vAlign w:val="center"/>
          </w:tcPr>
          <w:p w:rsidR="0059295B" w:rsidRPr="008F5D2A" w:rsidRDefault="0059295B" w:rsidP="008F5D2A">
            <w:pPr>
              <w:jc w:val="center"/>
              <w:rPr>
                <w:rFonts w:ascii="맑은 고딕" w:eastAsia="맑은 고딕" w:hAnsi="맑은 고딕"/>
                <w:b/>
                <w:color w:val="FFFFFF" w:themeColor="background1"/>
                <w:sz w:val="24"/>
                <w:lang w:eastAsia="ko-KR"/>
              </w:rPr>
            </w:pPr>
            <w:r w:rsidRPr="008F5D2A">
              <w:rPr>
                <w:rFonts w:ascii="맑은 고딕" w:eastAsia="맑은 고딕" w:hAnsi="맑은 고딕" w:hint="eastAsia"/>
                <w:b/>
                <w:color w:val="FFFFFF" w:themeColor="background1"/>
                <w:sz w:val="24"/>
                <w:lang w:eastAsia="ko-KR"/>
              </w:rPr>
              <w:t>제출 안내</w:t>
            </w:r>
          </w:p>
        </w:tc>
        <w:tc>
          <w:tcPr>
            <w:tcW w:w="8079" w:type="dxa"/>
            <w:tcBorders>
              <w:left w:val="single" w:sz="4" w:space="0" w:color="auto"/>
            </w:tcBorders>
            <w:tcMar>
              <w:left w:w="0" w:type="dxa"/>
              <w:right w:w="0" w:type="dxa"/>
            </w:tcMar>
          </w:tcPr>
          <w:p w:rsidR="0059295B" w:rsidRPr="008F5D2A" w:rsidRDefault="0059295B" w:rsidP="008F5D2A">
            <w:pPr>
              <w:rPr>
                <w:rFonts w:ascii="맑은 고딕" w:eastAsia="맑은 고딕" w:hAnsi="맑은 고딕"/>
                <w:lang w:eastAsia="ko-KR"/>
              </w:rPr>
            </w:pPr>
            <w:r w:rsidRPr="008F5D2A">
              <w:rPr>
                <w:rFonts w:ascii="맑은 고딕" w:eastAsia="맑은 고딕" w:hAnsi="맑은 고딕" w:hint="eastAsia"/>
                <w:lang w:eastAsia="ko-KR"/>
              </w:rPr>
              <w:t xml:space="preserve"> </w:t>
            </w:r>
          </w:p>
        </w:tc>
      </w:tr>
    </w:tbl>
    <w:p w:rsidR="008F5D2A" w:rsidRPr="008F5D2A" w:rsidRDefault="007C0835" w:rsidP="008F5D2A">
      <w:pPr>
        <w:pStyle w:val="aa"/>
        <w:numPr>
          <w:ilvl w:val="0"/>
          <w:numId w:val="20"/>
        </w:numPr>
        <w:spacing w:after="0" w:line="240" w:lineRule="auto"/>
        <w:ind w:left="426"/>
        <w:rPr>
          <w:rFonts w:ascii="맑은 고딕" w:eastAsia="맑은 고딕" w:hAnsi="맑은 고딕"/>
          <w:b/>
          <w:szCs w:val="24"/>
          <w:lang w:eastAsia="ko-KR"/>
        </w:rPr>
      </w:pPr>
      <w:r>
        <w:rPr>
          <w:rFonts w:ascii="맑은 고딕" w:eastAsia="맑은 고딕" w:hAnsi="맑은 고딕" w:hint="eastAsia"/>
          <w:b/>
          <w:szCs w:val="24"/>
          <w:lang w:eastAsia="ko-KR"/>
        </w:rPr>
        <w:t xml:space="preserve">신청서 부분을 </w:t>
      </w:r>
      <w:r w:rsidR="008F5D2A" w:rsidRPr="008F5D2A">
        <w:rPr>
          <w:rFonts w:ascii="맑은 고딕" w:eastAsia="맑은 고딕" w:hAnsi="맑은 고딕"/>
          <w:b/>
          <w:szCs w:val="24"/>
          <w:lang w:eastAsia="ko-KR"/>
        </w:rPr>
        <w:t>1</w:t>
      </w:r>
      <w:r w:rsidR="008F5D2A" w:rsidRPr="008F5D2A">
        <w:rPr>
          <w:rFonts w:ascii="맑은 고딕" w:eastAsia="맑은 고딕" w:hAnsi="맑은 고딕" w:hint="eastAsia"/>
          <w:b/>
          <w:szCs w:val="24"/>
          <w:lang w:eastAsia="ko-KR"/>
        </w:rPr>
        <w:t xml:space="preserve">페이지 이내로 작성하여 </w:t>
      </w:r>
      <w:r w:rsidR="004D0CC3">
        <w:rPr>
          <w:rFonts w:ascii="맑은 고딕" w:eastAsia="맑은 고딕" w:hAnsi="맑은 고딕" w:hint="eastAsia"/>
          <w:b/>
          <w:szCs w:val="24"/>
          <w:lang w:eastAsia="ko-KR"/>
        </w:rPr>
        <w:t>이메일로 제출</w:t>
      </w:r>
    </w:p>
    <w:p w:rsidR="0059295B" w:rsidRPr="008F5D2A" w:rsidRDefault="0059295B" w:rsidP="008F5D2A">
      <w:pPr>
        <w:pStyle w:val="aa"/>
        <w:numPr>
          <w:ilvl w:val="0"/>
          <w:numId w:val="20"/>
        </w:numPr>
        <w:spacing w:after="0" w:line="240" w:lineRule="auto"/>
        <w:ind w:left="426"/>
        <w:jc w:val="both"/>
        <w:rPr>
          <w:rFonts w:ascii="맑은 고딕" w:eastAsia="맑은 고딕" w:hAnsi="맑은 고딕"/>
          <w:b/>
          <w:szCs w:val="24"/>
          <w:lang w:eastAsia="ko-KR"/>
        </w:rPr>
      </w:pPr>
      <w:r w:rsidRPr="008F5D2A">
        <w:rPr>
          <w:rFonts w:ascii="맑은 고딕" w:eastAsia="맑은 고딕" w:hAnsi="맑은 고딕" w:hint="eastAsia"/>
          <w:b/>
          <w:szCs w:val="24"/>
          <w:lang w:eastAsia="ko-KR"/>
        </w:rPr>
        <w:t>제출 마감:</w:t>
      </w:r>
      <w:r w:rsidRPr="008F5D2A">
        <w:rPr>
          <w:rFonts w:ascii="맑은 고딕" w:eastAsia="맑은 고딕" w:hAnsi="맑은 고딕"/>
          <w:b/>
          <w:szCs w:val="24"/>
          <w:lang w:eastAsia="ko-KR"/>
        </w:rPr>
        <w:t xml:space="preserve"> </w:t>
      </w:r>
      <w:r w:rsidRPr="00CC33B2">
        <w:rPr>
          <w:rFonts w:ascii="맑은 고딕" w:eastAsia="맑은 고딕" w:hAnsi="맑은 고딕"/>
          <w:b/>
          <w:color w:val="0000FF"/>
          <w:szCs w:val="24"/>
          <w:lang w:eastAsia="ko-KR"/>
        </w:rPr>
        <w:t>2026</w:t>
      </w:r>
      <w:r w:rsidRPr="00CC33B2">
        <w:rPr>
          <w:rFonts w:ascii="맑은 고딕" w:eastAsia="맑은 고딕" w:hAnsi="맑은 고딕" w:cs="맑은 고딕" w:hint="eastAsia"/>
          <w:b/>
          <w:color w:val="0000FF"/>
          <w:szCs w:val="24"/>
          <w:lang w:eastAsia="ko-KR"/>
        </w:rPr>
        <w:t>년</w:t>
      </w:r>
      <w:r w:rsidRPr="00CC33B2">
        <w:rPr>
          <w:rFonts w:ascii="맑은 고딕" w:eastAsia="맑은 고딕" w:hAnsi="맑은 고딕" w:hint="eastAsia"/>
          <w:b/>
          <w:color w:val="0000FF"/>
          <w:szCs w:val="24"/>
          <w:lang w:eastAsia="ko-KR"/>
        </w:rPr>
        <w:t xml:space="preserve"> </w:t>
      </w:r>
      <w:r w:rsidR="00CC33B2" w:rsidRPr="00CC33B2">
        <w:rPr>
          <w:rFonts w:ascii="맑은 고딕" w:eastAsia="맑은 고딕" w:hAnsi="맑은 고딕"/>
          <w:b/>
          <w:color w:val="0000FF"/>
          <w:szCs w:val="24"/>
          <w:lang w:eastAsia="ko-KR"/>
        </w:rPr>
        <w:t>7</w:t>
      </w:r>
      <w:r w:rsidRPr="00CC33B2">
        <w:rPr>
          <w:rFonts w:ascii="맑은 고딕" w:eastAsia="맑은 고딕" w:hAnsi="맑은 고딕" w:cs="맑은 고딕" w:hint="eastAsia"/>
          <w:b/>
          <w:color w:val="0000FF"/>
          <w:szCs w:val="24"/>
          <w:lang w:eastAsia="ko-KR"/>
        </w:rPr>
        <w:t>월</w:t>
      </w:r>
      <w:r w:rsidRPr="00CC33B2">
        <w:rPr>
          <w:rFonts w:ascii="맑은 고딕" w:eastAsia="맑은 고딕" w:hAnsi="맑은 고딕" w:hint="eastAsia"/>
          <w:b/>
          <w:color w:val="0000FF"/>
          <w:szCs w:val="24"/>
          <w:lang w:eastAsia="ko-KR"/>
        </w:rPr>
        <w:t xml:space="preserve"> </w:t>
      </w:r>
      <w:r w:rsidR="00CC33B2" w:rsidRPr="00CC33B2">
        <w:rPr>
          <w:rFonts w:ascii="맑은 고딕" w:eastAsia="맑은 고딕" w:hAnsi="맑은 고딕"/>
          <w:b/>
          <w:color w:val="0000FF"/>
          <w:szCs w:val="24"/>
          <w:lang w:eastAsia="ko-KR"/>
        </w:rPr>
        <w:t>1</w:t>
      </w:r>
      <w:r w:rsidRPr="00CC33B2">
        <w:rPr>
          <w:rFonts w:ascii="맑은 고딕" w:eastAsia="맑은 고딕" w:hAnsi="맑은 고딕" w:cs="맑은 고딕" w:hint="eastAsia"/>
          <w:b/>
          <w:color w:val="0000FF"/>
          <w:szCs w:val="24"/>
          <w:lang w:eastAsia="ko-KR"/>
        </w:rPr>
        <w:t>일</w:t>
      </w:r>
      <w:r w:rsidRPr="00CC33B2">
        <w:rPr>
          <w:rFonts w:ascii="맑은 고딕" w:eastAsia="맑은 고딕" w:hAnsi="맑은 고딕" w:hint="eastAsia"/>
          <w:b/>
          <w:color w:val="0000FF"/>
          <w:szCs w:val="24"/>
          <w:lang w:eastAsia="ko-KR"/>
        </w:rPr>
        <w:t>(</w:t>
      </w:r>
      <w:r w:rsidR="00CC33B2" w:rsidRPr="00CC33B2">
        <w:rPr>
          <w:rFonts w:ascii="맑은 고딕" w:eastAsia="맑은 고딕" w:hAnsi="맑은 고딕" w:cs="맑은 고딕" w:hint="eastAsia"/>
          <w:b/>
          <w:color w:val="0000FF"/>
          <w:szCs w:val="24"/>
          <w:lang w:eastAsia="ko-KR"/>
        </w:rPr>
        <w:t>수</w:t>
      </w:r>
      <w:r w:rsidRPr="00CC33B2">
        <w:rPr>
          <w:rFonts w:ascii="맑은 고딕" w:eastAsia="맑은 고딕" w:hAnsi="맑은 고딕"/>
          <w:b/>
          <w:color w:val="0000FF"/>
          <w:szCs w:val="24"/>
          <w:lang w:eastAsia="ko-KR"/>
        </w:rPr>
        <w:t>)</w:t>
      </w:r>
      <w:r w:rsidR="00CC33B2" w:rsidRPr="00CC33B2">
        <w:rPr>
          <w:rFonts w:ascii="맑은 고딕" w:eastAsia="맑은 고딕" w:hAnsi="맑은 고딕"/>
          <w:b/>
          <w:color w:val="0000FF"/>
          <w:szCs w:val="24"/>
          <w:lang w:eastAsia="ko-KR"/>
        </w:rPr>
        <w:t xml:space="preserve"> </w:t>
      </w:r>
      <w:r w:rsidR="00CC33B2" w:rsidRPr="00CC33B2">
        <w:rPr>
          <w:rFonts w:ascii="맑은 고딕" w:eastAsia="맑은 고딕" w:hAnsi="맑은 고딕" w:hint="eastAsia"/>
          <w:b/>
          <w:color w:val="0000FF"/>
          <w:szCs w:val="24"/>
          <w:lang w:eastAsia="ko-KR"/>
        </w:rPr>
        <w:t>정오까지</w:t>
      </w:r>
    </w:p>
    <w:p w:rsidR="0059295B" w:rsidRPr="00CC33B2" w:rsidRDefault="0059295B" w:rsidP="00CC33B2">
      <w:pPr>
        <w:spacing w:after="0" w:line="240" w:lineRule="auto"/>
        <w:ind w:left="426"/>
        <w:jc w:val="both"/>
        <w:rPr>
          <w:rStyle w:val="aff2"/>
          <w:rFonts w:ascii="맑은 고딕" w:eastAsia="맑은 고딕" w:hAnsi="맑은 고딕"/>
          <w:szCs w:val="24"/>
          <w:lang w:eastAsia="ko-KR"/>
        </w:rPr>
      </w:pPr>
      <w:r w:rsidRPr="00CC33B2">
        <w:rPr>
          <w:rFonts w:ascii="맑은 고딕" w:eastAsia="맑은 고딕" w:hAnsi="맑은 고딕"/>
          <w:b/>
          <w:color w:val="000000" w:themeColor="text1"/>
          <w:szCs w:val="24"/>
          <w:lang w:eastAsia="ko-KR"/>
        </w:rPr>
        <w:t>제출</w:t>
      </w:r>
      <w:r w:rsidRPr="00CC33B2">
        <w:rPr>
          <w:rFonts w:ascii="맑은 고딕" w:eastAsia="맑은 고딕" w:hAnsi="맑은 고딕" w:hint="eastAsia"/>
          <w:b/>
          <w:color w:val="000000" w:themeColor="text1"/>
          <w:szCs w:val="24"/>
          <w:lang w:eastAsia="ko-KR"/>
        </w:rPr>
        <w:t>(이메일</w:t>
      </w:r>
      <w:r w:rsidRPr="00CC33B2">
        <w:rPr>
          <w:rFonts w:ascii="맑은 고딕" w:eastAsia="맑은 고딕" w:hAnsi="맑은 고딕"/>
          <w:b/>
          <w:color w:val="000000" w:themeColor="text1"/>
          <w:szCs w:val="24"/>
          <w:lang w:eastAsia="ko-KR"/>
        </w:rPr>
        <w:t xml:space="preserve">): </w:t>
      </w:r>
      <w:r w:rsidRPr="00CC33B2">
        <w:rPr>
          <w:rFonts w:ascii="맑은 고딕" w:eastAsia="맑은 고딕" w:hAnsi="맑은 고딕" w:cs="맑은 고딕" w:hint="eastAsia"/>
          <w:color w:val="000000" w:themeColor="text1"/>
          <w:szCs w:val="24"/>
          <w:lang w:eastAsia="ko-KR"/>
        </w:rPr>
        <w:t>서울대학교</w:t>
      </w:r>
      <w:r w:rsidRPr="00CC33B2">
        <w:rPr>
          <w:rFonts w:ascii="맑은 고딕" w:eastAsia="맑은 고딕" w:hAnsi="맑은 고딕" w:hint="eastAsia"/>
          <w:color w:val="000000" w:themeColor="text1"/>
          <w:szCs w:val="24"/>
          <w:lang w:eastAsia="ko-KR"/>
        </w:rPr>
        <w:t xml:space="preserve"> </w:t>
      </w:r>
      <w:r w:rsidRPr="00CC33B2">
        <w:rPr>
          <w:rFonts w:ascii="맑은 고딕" w:eastAsia="맑은 고딕" w:hAnsi="맑은 고딕" w:cs="맑은 고딕" w:hint="eastAsia"/>
          <w:color w:val="000000" w:themeColor="text1"/>
          <w:szCs w:val="24"/>
          <w:lang w:eastAsia="ko-KR"/>
        </w:rPr>
        <w:t>사회혁신교육연구센터</w:t>
      </w:r>
      <w:r w:rsidRPr="00CC33B2">
        <w:rPr>
          <w:rFonts w:ascii="맑은 고딕" w:eastAsia="맑은 고딕" w:hAnsi="맑은 고딕" w:hint="eastAsia"/>
          <w:color w:val="000000" w:themeColor="text1"/>
          <w:szCs w:val="24"/>
          <w:lang w:eastAsia="ko-KR"/>
        </w:rPr>
        <w:t>(16-1</w:t>
      </w:r>
      <w:r w:rsidRPr="00CC33B2">
        <w:rPr>
          <w:rFonts w:ascii="맑은 고딕" w:eastAsia="맑은 고딕" w:hAnsi="맑은 고딕" w:cs="맑은 고딕" w:hint="eastAsia"/>
          <w:color w:val="000000" w:themeColor="text1"/>
          <w:szCs w:val="24"/>
          <w:lang w:eastAsia="ko-KR"/>
        </w:rPr>
        <w:t>동</w:t>
      </w:r>
      <w:r w:rsidRPr="00CC33B2">
        <w:rPr>
          <w:rFonts w:ascii="맑은 고딕" w:eastAsia="맑은 고딕" w:hAnsi="맑은 고딕" w:hint="eastAsia"/>
          <w:color w:val="000000" w:themeColor="text1"/>
          <w:szCs w:val="24"/>
          <w:lang w:eastAsia="ko-KR"/>
        </w:rPr>
        <w:t xml:space="preserve"> 405</w:t>
      </w:r>
      <w:r w:rsidRPr="00CC33B2">
        <w:rPr>
          <w:rFonts w:ascii="맑은 고딕" w:eastAsia="맑은 고딕" w:hAnsi="맑은 고딕" w:cs="맑은 고딕" w:hint="eastAsia"/>
          <w:color w:val="000000" w:themeColor="text1"/>
          <w:szCs w:val="24"/>
          <w:lang w:eastAsia="ko-KR"/>
        </w:rPr>
        <w:t>호</w:t>
      </w:r>
      <w:r w:rsidRPr="00CC33B2">
        <w:rPr>
          <w:rFonts w:ascii="맑은 고딕" w:eastAsia="맑은 고딕" w:hAnsi="맑은 고딕" w:hint="eastAsia"/>
          <w:color w:val="000000" w:themeColor="text1"/>
          <w:szCs w:val="24"/>
          <w:lang w:eastAsia="ko-KR"/>
        </w:rPr>
        <w:t>,</w:t>
      </w:r>
      <w:r w:rsidRPr="00CC33B2">
        <w:rPr>
          <w:rFonts w:ascii="맑은 고딕" w:eastAsia="맑은 고딕" w:hAnsi="맑은 고딕"/>
          <w:color w:val="000000" w:themeColor="text1"/>
          <w:szCs w:val="24"/>
          <w:lang w:eastAsia="ko-KR"/>
        </w:rPr>
        <w:t xml:space="preserve"> </w:t>
      </w:r>
      <w:r w:rsidRPr="00CC33B2">
        <w:rPr>
          <w:rFonts w:ascii="맑은 고딕" w:eastAsia="맑은 고딕" w:hAnsi="맑은 고딕" w:hint="eastAsia"/>
          <w:color w:val="000000" w:themeColor="text1"/>
          <w:szCs w:val="24"/>
          <w:lang w:eastAsia="ko-KR"/>
        </w:rPr>
        <w:t>02-880-6457</w:t>
      </w:r>
      <w:r w:rsidRPr="00CC33B2">
        <w:rPr>
          <w:rFonts w:ascii="맑은 고딕" w:eastAsia="맑은 고딕" w:hAnsi="맑은 고딕"/>
          <w:szCs w:val="24"/>
          <w:lang w:eastAsia="ko-KR"/>
        </w:rPr>
        <w:t xml:space="preserve">) </w:t>
      </w:r>
      <w:hyperlink r:id="rId15" w:tgtFrame="_blank" w:history="1">
        <w:r w:rsidRPr="00CC33B2">
          <w:rPr>
            <w:rStyle w:val="aff2"/>
            <w:rFonts w:ascii="맑은 고딕" w:eastAsia="맑은 고딕" w:hAnsi="맑은 고딕"/>
            <w:szCs w:val="24"/>
            <w:lang w:eastAsia="ko-KR"/>
          </w:rPr>
          <w:t>csier.css@gmail.com</w:t>
        </w:r>
      </w:hyperlink>
    </w:p>
    <w:p w:rsidR="004D0CC3" w:rsidRPr="004D0CC3" w:rsidRDefault="004D0CC3" w:rsidP="004D0CC3">
      <w:pPr>
        <w:pStyle w:val="aa"/>
        <w:numPr>
          <w:ilvl w:val="0"/>
          <w:numId w:val="20"/>
        </w:numPr>
        <w:spacing w:after="0" w:line="240" w:lineRule="auto"/>
        <w:ind w:left="426"/>
        <w:jc w:val="both"/>
        <w:rPr>
          <w:rStyle w:val="aff2"/>
          <w:rFonts w:ascii="맑은 고딕" w:eastAsia="맑은 고딕" w:hAnsi="맑은 고딕"/>
          <w:color w:val="000000" w:themeColor="text1"/>
          <w:szCs w:val="24"/>
          <w:lang w:eastAsia="ko-KR"/>
        </w:rPr>
      </w:pPr>
      <w:r w:rsidRPr="004D0CC3">
        <w:rPr>
          <w:rFonts w:ascii="맑은 고딕" w:eastAsia="맑은 고딕" w:hAnsi="맑은 고딕" w:hint="eastAsia"/>
          <w:b/>
          <w:color w:val="000000" w:themeColor="text1"/>
          <w:szCs w:val="24"/>
          <w:lang w:eastAsia="ko-KR"/>
        </w:rPr>
        <w:t>선정 여부:</w:t>
      </w:r>
      <w:r w:rsidRPr="004D0CC3">
        <w:rPr>
          <w:rFonts w:ascii="맑은 고딕" w:eastAsia="맑은 고딕" w:hAnsi="맑은 고딕"/>
          <w:b/>
          <w:color w:val="000000" w:themeColor="text1"/>
          <w:szCs w:val="24"/>
          <w:lang w:eastAsia="ko-KR"/>
        </w:rPr>
        <w:t xml:space="preserve"> </w:t>
      </w:r>
      <w:r w:rsidRPr="004D0CC3">
        <w:rPr>
          <w:rFonts w:ascii="맑은 고딕" w:eastAsia="맑은 고딕" w:hAnsi="맑은 고딕" w:hint="eastAsia"/>
          <w:b/>
          <w:color w:val="000000" w:themeColor="text1"/>
          <w:szCs w:val="24"/>
          <w:lang w:eastAsia="ko-KR"/>
        </w:rPr>
        <w:t>심사 후 개별적으로 선정 여부를 공</w:t>
      </w:r>
      <w:r w:rsidRPr="004D0CC3">
        <w:rPr>
          <w:rFonts w:ascii="맑은 고딕" w:eastAsia="맑은 고딕" w:hAnsi="맑은 고딕" w:cs="맑은 고딕" w:hint="eastAsia"/>
          <w:b/>
          <w:color w:val="000000" w:themeColor="text1"/>
          <w:szCs w:val="24"/>
          <w:lang w:eastAsia="ko-KR"/>
        </w:rPr>
        <w:t>지</w:t>
      </w:r>
      <w:r w:rsidRPr="004D0CC3">
        <w:rPr>
          <w:rFonts w:ascii="맑은 고딕" w:eastAsia="맑은 고딕" w:hAnsi="맑은 고딕" w:hint="eastAsia"/>
          <w:b/>
          <w:color w:val="000000" w:themeColor="text1"/>
          <w:szCs w:val="24"/>
          <w:lang w:eastAsia="ko-KR"/>
        </w:rPr>
        <w:t>함</w:t>
      </w:r>
      <w:bookmarkStart w:id="0" w:name="_GoBack"/>
      <w:bookmarkEnd w:id="0"/>
    </w:p>
    <w:sectPr w:rsidR="004D0CC3" w:rsidRPr="004D0CC3" w:rsidSect="009E593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64C8" w:rsidRDefault="00E864C8" w:rsidP="00C546B6">
      <w:pPr>
        <w:spacing w:after="0" w:line="240" w:lineRule="auto"/>
      </w:pPr>
      <w:r>
        <w:separator/>
      </w:r>
    </w:p>
  </w:endnote>
  <w:endnote w:type="continuationSeparator" w:id="0">
    <w:p w:rsidR="00E864C8" w:rsidRDefault="00E864C8" w:rsidP="00C54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64C8" w:rsidRDefault="00E864C8" w:rsidP="00C546B6">
      <w:pPr>
        <w:spacing w:after="0" w:line="240" w:lineRule="auto"/>
      </w:pPr>
      <w:r>
        <w:separator/>
      </w:r>
    </w:p>
  </w:footnote>
  <w:footnote w:type="continuationSeparator" w:id="0">
    <w:p w:rsidR="00E864C8" w:rsidRDefault="00E864C8" w:rsidP="00C546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80C66E7"/>
    <w:multiLevelType w:val="hybridMultilevel"/>
    <w:tmpl w:val="E2FA2222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0E0503F5"/>
    <w:multiLevelType w:val="hybridMultilevel"/>
    <w:tmpl w:val="AD8C6B52"/>
    <w:lvl w:ilvl="0" w:tplc="A55641A0">
      <w:start w:val="1"/>
      <w:numFmt w:val="bullet"/>
      <w:lvlText w:val=""/>
      <w:lvlJc w:val="left"/>
      <w:pPr>
        <w:ind w:left="826" w:hanging="40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22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2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2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26" w:hanging="400"/>
      </w:pPr>
      <w:rPr>
        <w:rFonts w:ascii="Wingdings" w:hAnsi="Wingdings" w:hint="default"/>
      </w:rPr>
    </w:lvl>
  </w:abstractNum>
  <w:abstractNum w:abstractNumId="11" w15:restartNumberingAfterBreak="0">
    <w:nsid w:val="10C45A79"/>
    <w:multiLevelType w:val="hybridMultilevel"/>
    <w:tmpl w:val="1BAE3678"/>
    <w:lvl w:ilvl="0" w:tplc="04090001">
      <w:start w:val="1"/>
      <w:numFmt w:val="bullet"/>
      <w:lvlText w:val=""/>
      <w:lvlJc w:val="left"/>
      <w:pPr>
        <w:ind w:left="826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2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2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2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26" w:hanging="400"/>
      </w:pPr>
      <w:rPr>
        <w:rFonts w:ascii="Wingdings" w:hAnsi="Wingdings" w:hint="default"/>
      </w:rPr>
    </w:lvl>
  </w:abstractNum>
  <w:abstractNum w:abstractNumId="12" w15:restartNumberingAfterBreak="0">
    <w:nsid w:val="21835712"/>
    <w:multiLevelType w:val="multilevel"/>
    <w:tmpl w:val="165636AC"/>
    <w:lvl w:ilvl="0">
      <w:start w:val="1"/>
      <w:numFmt w:val="bullet"/>
      <w:suff w:val="space"/>
      <w:lvlText w:val="◯"/>
      <w:lvlJc w:val="left"/>
      <w:pPr>
        <w:ind w:left="0" w:firstLine="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2957763"/>
    <w:multiLevelType w:val="hybridMultilevel"/>
    <w:tmpl w:val="B658E924"/>
    <w:lvl w:ilvl="0" w:tplc="04090009">
      <w:start w:val="1"/>
      <w:numFmt w:val="bullet"/>
      <w:lvlText w:val="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38B83C46"/>
    <w:multiLevelType w:val="hybridMultilevel"/>
    <w:tmpl w:val="F880CA88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5AF9580A"/>
    <w:multiLevelType w:val="multilevel"/>
    <w:tmpl w:val="70FA8ACE"/>
    <w:lvl w:ilvl="0">
      <w:start w:val="1"/>
      <w:numFmt w:val="bullet"/>
      <w:suff w:val="space"/>
      <w:lvlText w:val="◯"/>
      <w:lvlJc w:val="left"/>
      <w:pPr>
        <w:ind w:left="0" w:firstLine="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8513217"/>
    <w:multiLevelType w:val="hybridMultilevel"/>
    <w:tmpl w:val="FCFCD73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6A1D1D9B"/>
    <w:multiLevelType w:val="hybridMultilevel"/>
    <w:tmpl w:val="E8022FDC"/>
    <w:lvl w:ilvl="0" w:tplc="B4F4ACA2">
      <w:start w:val="1"/>
      <w:numFmt w:val="bullet"/>
      <w:lvlText w:val=""/>
      <w:lvlJc w:val="left"/>
      <w:pPr>
        <w:ind w:left="800" w:hanging="40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8" w15:restartNumberingAfterBreak="0">
    <w:nsid w:val="6C7B791F"/>
    <w:multiLevelType w:val="hybridMultilevel"/>
    <w:tmpl w:val="CDA23C56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9" w15:restartNumberingAfterBreak="0">
    <w:nsid w:val="7FD158D5"/>
    <w:multiLevelType w:val="hybridMultilevel"/>
    <w:tmpl w:val="5096FF36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6"/>
  </w:num>
  <w:num w:numId="11">
    <w:abstractNumId w:val="9"/>
  </w:num>
  <w:num w:numId="12">
    <w:abstractNumId w:val="19"/>
  </w:num>
  <w:num w:numId="13">
    <w:abstractNumId w:val="18"/>
  </w:num>
  <w:num w:numId="1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17"/>
  </w:num>
  <w:num w:numId="1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10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64E4A"/>
    <w:rsid w:val="00075791"/>
    <w:rsid w:val="00090181"/>
    <w:rsid w:val="000E37E2"/>
    <w:rsid w:val="000F2820"/>
    <w:rsid w:val="0015074B"/>
    <w:rsid w:val="00210606"/>
    <w:rsid w:val="0026347D"/>
    <w:rsid w:val="00265695"/>
    <w:rsid w:val="002732DB"/>
    <w:rsid w:val="0029639D"/>
    <w:rsid w:val="00296E1F"/>
    <w:rsid w:val="002C4D94"/>
    <w:rsid w:val="00321CFE"/>
    <w:rsid w:val="00326F90"/>
    <w:rsid w:val="003303F7"/>
    <w:rsid w:val="00411050"/>
    <w:rsid w:val="0043625B"/>
    <w:rsid w:val="00443BA2"/>
    <w:rsid w:val="004661E1"/>
    <w:rsid w:val="004B7F1F"/>
    <w:rsid w:val="004D0CC3"/>
    <w:rsid w:val="004F65FD"/>
    <w:rsid w:val="00507FBF"/>
    <w:rsid w:val="0053606E"/>
    <w:rsid w:val="00547C08"/>
    <w:rsid w:val="00576098"/>
    <w:rsid w:val="0059295B"/>
    <w:rsid w:val="005A57FE"/>
    <w:rsid w:val="005E78D2"/>
    <w:rsid w:val="00601BDF"/>
    <w:rsid w:val="00602FAE"/>
    <w:rsid w:val="00616F56"/>
    <w:rsid w:val="00740BFE"/>
    <w:rsid w:val="007C0835"/>
    <w:rsid w:val="008028B4"/>
    <w:rsid w:val="00817FBA"/>
    <w:rsid w:val="008F5D2A"/>
    <w:rsid w:val="009A386F"/>
    <w:rsid w:val="009E593F"/>
    <w:rsid w:val="00A37F7D"/>
    <w:rsid w:val="00A42C08"/>
    <w:rsid w:val="00A95839"/>
    <w:rsid w:val="00AA1D8D"/>
    <w:rsid w:val="00AC5B5B"/>
    <w:rsid w:val="00B37EF9"/>
    <w:rsid w:val="00B47730"/>
    <w:rsid w:val="00B72531"/>
    <w:rsid w:val="00B7485C"/>
    <w:rsid w:val="00B8383D"/>
    <w:rsid w:val="00BE4BA5"/>
    <w:rsid w:val="00C0287A"/>
    <w:rsid w:val="00C1394B"/>
    <w:rsid w:val="00C17325"/>
    <w:rsid w:val="00C21E83"/>
    <w:rsid w:val="00C546B6"/>
    <w:rsid w:val="00C76508"/>
    <w:rsid w:val="00CB0664"/>
    <w:rsid w:val="00CC33B2"/>
    <w:rsid w:val="00CE60F3"/>
    <w:rsid w:val="00DC4C60"/>
    <w:rsid w:val="00DF5AA9"/>
    <w:rsid w:val="00E864C8"/>
    <w:rsid w:val="00F32B88"/>
    <w:rsid w:val="00F75FC9"/>
    <w:rsid w:val="00FB1D0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4F7BBB8"/>
  <w14:defaultImageDpi w14:val="300"/>
  <w15:docId w15:val="{67D2FCA6-B950-4619-A716-0350B93AD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ff1">
    <w:name w:val="바탕글"/>
    <w:basedOn w:val="a1"/>
    <w:rsid w:val="00547C08"/>
    <w:pPr>
      <w:widowControl w:val="0"/>
      <w:wordWrap w:val="0"/>
      <w:autoSpaceDE w:val="0"/>
      <w:autoSpaceDN w:val="0"/>
      <w:spacing w:after="0" w:line="384" w:lineRule="auto"/>
      <w:jc w:val="both"/>
      <w:textAlignment w:val="baseline"/>
    </w:pPr>
    <w:rPr>
      <w:rFonts w:ascii="바탕" w:eastAsia="굴림" w:hAnsi="굴림" w:cs="굴림"/>
      <w:color w:val="000000"/>
      <w:sz w:val="20"/>
      <w:szCs w:val="20"/>
      <w:lang w:eastAsia="ko-KR"/>
    </w:rPr>
  </w:style>
  <w:style w:type="character" w:styleId="aff2">
    <w:name w:val="Hyperlink"/>
    <w:basedOn w:val="a2"/>
    <w:uiPriority w:val="99"/>
    <w:unhideWhenUsed/>
    <w:rsid w:val="00210606"/>
    <w:rPr>
      <w:color w:val="0000FF"/>
      <w:u w:val="single"/>
    </w:rPr>
  </w:style>
  <w:style w:type="character" w:customStyle="1" w:styleId="UnresolvedMention">
    <w:name w:val="Unresolved Mention"/>
    <w:basedOn w:val="a2"/>
    <w:uiPriority w:val="99"/>
    <w:semiHidden/>
    <w:unhideWhenUsed/>
    <w:rsid w:val="00B72531"/>
    <w:rPr>
      <w:color w:val="605E5C"/>
      <w:shd w:val="clear" w:color="auto" w:fill="E1DFDD"/>
    </w:rPr>
  </w:style>
  <w:style w:type="table" w:styleId="4-1">
    <w:name w:val="Grid Table 4 Accent 1"/>
    <w:basedOn w:val="a3"/>
    <w:uiPriority w:val="49"/>
    <w:rsid w:val="00B8383D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c9dxtc">
    <w:name w:val="c9dxtc"/>
    <w:basedOn w:val="a2"/>
    <w:rsid w:val="009A38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2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metagov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olitics_joonseok@snu.ac.kr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ugeun@msn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csier.css@gmail.com" TargetMode="External"/><Relationship Id="rId10" Type="http://schemas.openxmlformats.org/officeDocument/2006/relationships/hyperlink" Target="https://csier.snu.ac.k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sier.css@gmail.com" TargetMode="External"/><Relationship Id="rId14" Type="http://schemas.openxmlformats.org/officeDocument/2006/relationships/hyperlink" Target="https://dd2030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ABFA6C1-BD00-4055-B57D-8647DAD16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2</Pages>
  <Words>325</Words>
  <Characters>1854</Characters>
  <Application>Microsoft Office Word</Application>
  <DocSecurity>0</DocSecurity>
  <Lines>15</Lines>
  <Paragraphs>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2175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owner</cp:lastModifiedBy>
  <cp:revision>20</cp:revision>
  <dcterms:created xsi:type="dcterms:W3CDTF">2026-06-16T01:30:00Z</dcterms:created>
  <dcterms:modified xsi:type="dcterms:W3CDTF">2026-06-26T07:59:00Z</dcterms:modified>
  <cp:category/>
</cp:coreProperties>
</file>